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04F28C" w14:textId="77777777" w:rsidR="00915529" w:rsidRPr="00985976" w:rsidRDefault="0026140E" w:rsidP="00614499">
      <w:pPr>
        <w:spacing w:after="40"/>
        <w:rPr>
          <w:rFonts w:asciiTheme="minorEastAsia" w:eastAsiaTheme="minorEastAsia" w:hAnsiTheme="minorEastAsia"/>
          <w:lang w:eastAsia="ja-JP"/>
        </w:rPr>
      </w:pPr>
      <w:r w:rsidRPr="00985976">
        <w:rPr>
          <w:rFonts w:asciiTheme="minorEastAsia" w:eastAsiaTheme="minorEastAsia" w:hAnsiTheme="minorEastAsia"/>
          <w:sz w:val="18"/>
          <w:lang w:eastAsia="ja-JP"/>
        </w:rPr>
        <w:t>様式第1号（第5条関係）</w:t>
      </w:r>
    </w:p>
    <w:p w14:paraId="56D9A66C" w14:textId="77777777" w:rsidR="00915529" w:rsidRDefault="0026140E">
      <w:pPr>
        <w:spacing w:after="100"/>
        <w:jc w:val="center"/>
        <w:rPr>
          <w:rFonts w:asciiTheme="minorEastAsia" w:eastAsiaTheme="minorEastAsia" w:hAnsiTheme="minorEastAsia"/>
          <w:b/>
          <w:sz w:val="30"/>
          <w:lang w:eastAsia="ja-JP"/>
        </w:rPr>
      </w:pPr>
      <w:r w:rsidRPr="00985976">
        <w:rPr>
          <w:rFonts w:asciiTheme="minorEastAsia" w:eastAsiaTheme="minorEastAsia" w:hAnsiTheme="minorEastAsia"/>
          <w:b/>
          <w:sz w:val="30"/>
          <w:lang w:eastAsia="ja-JP"/>
        </w:rPr>
        <w:t>やまなしユニバーサルツーリズム推進施設</w:t>
      </w:r>
      <w:r w:rsidRPr="00985976">
        <w:rPr>
          <w:rFonts w:asciiTheme="minorEastAsia" w:eastAsiaTheme="minorEastAsia" w:hAnsiTheme="minorEastAsia"/>
          <w:b/>
          <w:sz w:val="30"/>
          <w:lang w:eastAsia="ja-JP"/>
        </w:rPr>
        <w:br/>
        <w:t>認 定 申 請 書</w:t>
      </w:r>
    </w:p>
    <w:p w14:paraId="76D25499" w14:textId="77777777" w:rsidR="00985976" w:rsidRPr="00985976" w:rsidRDefault="00985976">
      <w:pPr>
        <w:spacing w:after="100"/>
        <w:jc w:val="center"/>
        <w:rPr>
          <w:rFonts w:asciiTheme="minorEastAsia" w:eastAsiaTheme="minorEastAsia" w:hAnsiTheme="minorEastAsia"/>
          <w:lang w:eastAsia="ja-JP"/>
        </w:rPr>
      </w:pPr>
    </w:p>
    <w:p w14:paraId="7E0469D7" w14:textId="77777777" w:rsidR="00915529" w:rsidRPr="007A2251" w:rsidRDefault="0026140E">
      <w:pPr>
        <w:spacing w:after="40"/>
        <w:jc w:val="right"/>
        <w:rPr>
          <w:rFonts w:asciiTheme="minorEastAsia" w:eastAsiaTheme="minorEastAsia" w:hAnsiTheme="minorEastAsia"/>
          <w:sz w:val="21"/>
          <w:szCs w:val="24"/>
        </w:rPr>
      </w:pPr>
      <w:proofErr w:type="spellStart"/>
      <w:r w:rsidRPr="007A2251">
        <w:rPr>
          <w:rFonts w:asciiTheme="minorEastAsia" w:eastAsiaTheme="minorEastAsia" w:hAnsiTheme="minorEastAsia"/>
          <w:sz w:val="21"/>
          <w:szCs w:val="24"/>
        </w:rPr>
        <w:t>令和</w:t>
      </w:r>
      <w:proofErr w:type="spellEnd"/>
      <w:r w:rsidRPr="007A2251">
        <w:rPr>
          <w:rFonts w:asciiTheme="minorEastAsia" w:eastAsiaTheme="minorEastAsia" w:hAnsiTheme="minorEastAsia"/>
          <w:sz w:val="21"/>
          <w:szCs w:val="24"/>
        </w:rPr>
        <w:t xml:space="preserve">　　　年　　　月　　　日</w:t>
      </w:r>
    </w:p>
    <w:p w14:paraId="0A5D4B7A" w14:textId="77777777" w:rsidR="00915529" w:rsidRDefault="0026140E">
      <w:pPr>
        <w:spacing w:after="80"/>
        <w:rPr>
          <w:rFonts w:asciiTheme="minorEastAsia" w:eastAsiaTheme="minorEastAsia" w:hAnsiTheme="minorEastAsia"/>
          <w:b/>
          <w:sz w:val="21"/>
          <w:szCs w:val="21"/>
          <w:lang w:eastAsia="ja-JP"/>
        </w:rPr>
      </w:pPr>
      <w:proofErr w:type="spellStart"/>
      <w:r w:rsidRPr="00985976">
        <w:rPr>
          <w:rFonts w:asciiTheme="minorEastAsia" w:eastAsiaTheme="minorEastAsia" w:hAnsiTheme="minorEastAsia"/>
          <w:b/>
          <w:sz w:val="21"/>
          <w:szCs w:val="21"/>
        </w:rPr>
        <w:t>山梨県知事</w:t>
      </w:r>
      <w:proofErr w:type="spellEnd"/>
      <w:r w:rsidRPr="00985976">
        <w:rPr>
          <w:rFonts w:asciiTheme="minorEastAsia" w:eastAsiaTheme="minorEastAsia" w:hAnsiTheme="minorEastAsia"/>
          <w:b/>
          <w:sz w:val="21"/>
          <w:szCs w:val="21"/>
        </w:rPr>
        <w:t xml:space="preserve">　殿</w:t>
      </w:r>
    </w:p>
    <w:p w14:paraId="17F82BD9" w14:textId="5D4FD26A" w:rsidR="00614499" w:rsidRPr="00985976" w:rsidRDefault="00614499">
      <w:pPr>
        <w:spacing w:after="80"/>
        <w:rPr>
          <w:rFonts w:asciiTheme="minorEastAsia" w:eastAsiaTheme="minorEastAsia" w:hAnsiTheme="minorEastAsia"/>
          <w:b/>
          <w:sz w:val="21"/>
          <w:szCs w:val="21"/>
          <w:lang w:eastAsia="ja-JP"/>
        </w:rPr>
      </w:pPr>
    </w:p>
    <w:tbl>
      <w:tblPr>
        <w:tblStyle w:val="afe"/>
        <w:tblW w:w="5817"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6"/>
        <w:gridCol w:w="1755"/>
        <w:gridCol w:w="3166"/>
      </w:tblGrid>
      <w:tr w:rsidR="00614499" w:rsidRPr="007A2251" w14:paraId="5A7ABD5A" w14:textId="77777777" w:rsidTr="00614499">
        <w:trPr>
          <w:jc w:val="right"/>
        </w:trPr>
        <w:tc>
          <w:tcPr>
            <w:tcW w:w="896" w:type="dxa"/>
          </w:tcPr>
          <w:p w14:paraId="3E693194" w14:textId="77777777" w:rsidR="00614499" w:rsidRPr="007A2251" w:rsidRDefault="00614499" w:rsidP="000165F9">
            <w:pPr>
              <w:spacing w:line="360" w:lineRule="auto"/>
              <w:rPr>
                <w:rFonts w:ascii="ＭＳ 明朝" w:eastAsia="ＭＳ 明朝" w:hAnsi="ＭＳ 明朝"/>
                <w:sz w:val="21"/>
                <w:szCs w:val="28"/>
              </w:rPr>
            </w:pPr>
            <w:proofErr w:type="spellStart"/>
            <w:r w:rsidRPr="007A2251">
              <w:rPr>
                <w:rFonts w:ascii="ＭＳ 明朝" w:eastAsia="ＭＳ 明朝" w:hAnsi="ＭＳ 明朝" w:hint="eastAsia"/>
                <w:sz w:val="21"/>
                <w:szCs w:val="28"/>
              </w:rPr>
              <w:t>申請者</w:t>
            </w:r>
            <w:proofErr w:type="spellEnd"/>
          </w:p>
        </w:tc>
        <w:tc>
          <w:tcPr>
            <w:tcW w:w="1755" w:type="dxa"/>
          </w:tcPr>
          <w:p w14:paraId="649FD4C1" w14:textId="77777777" w:rsidR="00614499" w:rsidRPr="007A2251" w:rsidRDefault="00614499" w:rsidP="000165F9">
            <w:pPr>
              <w:spacing w:line="360" w:lineRule="auto"/>
              <w:rPr>
                <w:rFonts w:ascii="ＭＳ 明朝" w:eastAsia="ＭＳ 明朝" w:hAnsi="ＭＳ 明朝"/>
                <w:sz w:val="21"/>
                <w:szCs w:val="28"/>
              </w:rPr>
            </w:pPr>
            <w:proofErr w:type="spellStart"/>
            <w:r w:rsidRPr="007A2251">
              <w:rPr>
                <w:rFonts w:ascii="ＭＳ 明朝" w:eastAsia="ＭＳ 明朝" w:hAnsi="ＭＳ 明朝" w:hint="eastAsia"/>
                <w:sz w:val="21"/>
                <w:szCs w:val="28"/>
              </w:rPr>
              <w:t>施設名</w:t>
            </w:r>
            <w:proofErr w:type="spellEnd"/>
          </w:p>
        </w:tc>
        <w:tc>
          <w:tcPr>
            <w:tcW w:w="3166" w:type="dxa"/>
          </w:tcPr>
          <w:p w14:paraId="62B1CFB8" w14:textId="77777777" w:rsidR="00614499" w:rsidRPr="007A2251" w:rsidRDefault="00614499" w:rsidP="000165F9">
            <w:pPr>
              <w:spacing w:line="360" w:lineRule="auto"/>
              <w:rPr>
                <w:rFonts w:ascii="ＭＳ 明朝" w:eastAsia="ＭＳ 明朝" w:hAnsi="ＭＳ 明朝"/>
                <w:sz w:val="21"/>
                <w:szCs w:val="28"/>
              </w:rPr>
            </w:pPr>
          </w:p>
        </w:tc>
      </w:tr>
      <w:tr w:rsidR="00614499" w:rsidRPr="007A2251" w14:paraId="4ADD3BB1" w14:textId="77777777" w:rsidTr="00614499">
        <w:trPr>
          <w:jc w:val="right"/>
        </w:trPr>
        <w:tc>
          <w:tcPr>
            <w:tcW w:w="896" w:type="dxa"/>
          </w:tcPr>
          <w:p w14:paraId="31BF1B09" w14:textId="4ACE9D73" w:rsidR="00614499" w:rsidRPr="007A2251" w:rsidRDefault="00614499" w:rsidP="000165F9">
            <w:pPr>
              <w:spacing w:line="360" w:lineRule="auto"/>
              <w:rPr>
                <w:rFonts w:ascii="ＭＳ 明朝" w:eastAsia="ＭＳ 明朝" w:hAnsi="ＭＳ 明朝"/>
                <w:sz w:val="21"/>
                <w:szCs w:val="28"/>
              </w:rPr>
            </w:pPr>
          </w:p>
        </w:tc>
        <w:tc>
          <w:tcPr>
            <w:tcW w:w="1755" w:type="dxa"/>
          </w:tcPr>
          <w:p w14:paraId="0B7CECFB" w14:textId="77777777" w:rsidR="00614499" w:rsidRPr="007A2251" w:rsidRDefault="00614499" w:rsidP="000165F9">
            <w:pPr>
              <w:spacing w:line="360" w:lineRule="auto"/>
              <w:rPr>
                <w:rFonts w:ascii="ＭＳ 明朝" w:eastAsia="ＭＳ 明朝" w:hAnsi="ＭＳ 明朝"/>
                <w:sz w:val="21"/>
                <w:szCs w:val="28"/>
              </w:rPr>
            </w:pPr>
            <w:proofErr w:type="spellStart"/>
            <w:r w:rsidRPr="007A2251">
              <w:rPr>
                <w:rFonts w:ascii="ＭＳ 明朝" w:eastAsia="ＭＳ 明朝" w:hAnsi="ＭＳ 明朝" w:hint="eastAsia"/>
                <w:sz w:val="21"/>
                <w:szCs w:val="28"/>
              </w:rPr>
              <w:t>代表者職・氏名</w:t>
            </w:r>
            <w:proofErr w:type="spellEnd"/>
          </w:p>
        </w:tc>
        <w:tc>
          <w:tcPr>
            <w:tcW w:w="3166" w:type="dxa"/>
          </w:tcPr>
          <w:p w14:paraId="529C2250" w14:textId="77777777" w:rsidR="00614499" w:rsidRPr="007A2251" w:rsidRDefault="00614499" w:rsidP="000165F9">
            <w:pPr>
              <w:spacing w:line="360" w:lineRule="auto"/>
              <w:rPr>
                <w:rFonts w:ascii="ＭＳ 明朝" w:eastAsia="ＭＳ 明朝" w:hAnsi="ＭＳ 明朝"/>
                <w:sz w:val="21"/>
                <w:szCs w:val="28"/>
              </w:rPr>
            </w:pPr>
            <w:r w:rsidRPr="007A2251">
              <w:rPr>
                <w:rFonts w:ascii="ＭＳ 明朝" w:eastAsia="ＭＳ 明朝" w:hAnsi="ＭＳ 明朝" w:hint="eastAsia"/>
                <w:sz w:val="21"/>
                <w:szCs w:val="28"/>
              </w:rPr>
              <w:t xml:space="preserve">　　　　　　　　　　　　　㊞</w:t>
            </w:r>
          </w:p>
        </w:tc>
      </w:tr>
    </w:tbl>
    <w:p w14:paraId="3825503A" w14:textId="683B9C51" w:rsidR="00985976" w:rsidRPr="00614499" w:rsidRDefault="00985976">
      <w:pPr>
        <w:spacing w:after="80"/>
        <w:rPr>
          <w:rFonts w:asciiTheme="minorEastAsia" w:eastAsiaTheme="minorEastAsia" w:hAnsiTheme="minorEastAsia"/>
          <w:sz w:val="21"/>
          <w:szCs w:val="21"/>
          <w:lang w:eastAsia="ja-JP"/>
        </w:rPr>
      </w:pPr>
    </w:p>
    <w:p w14:paraId="326A9880" w14:textId="3C3EF1FA" w:rsidR="00614499" w:rsidRPr="00985976" w:rsidRDefault="00614499">
      <w:pPr>
        <w:spacing w:after="80"/>
        <w:rPr>
          <w:rFonts w:asciiTheme="minorEastAsia" w:eastAsiaTheme="minorEastAsia" w:hAnsiTheme="minorEastAsia"/>
          <w:sz w:val="21"/>
          <w:szCs w:val="21"/>
          <w:lang w:eastAsia="ja-JP"/>
        </w:rPr>
      </w:pPr>
    </w:p>
    <w:p w14:paraId="4F42F20C" w14:textId="77777777" w:rsidR="00217B6B" w:rsidRPr="00985976" w:rsidRDefault="00217B6B" w:rsidP="00217B6B">
      <w:pPr>
        <w:spacing w:after="80"/>
        <w:rPr>
          <w:rFonts w:asciiTheme="minorEastAsia" w:eastAsiaTheme="minorEastAsia" w:hAnsiTheme="minorEastAsia"/>
          <w:sz w:val="21"/>
          <w:szCs w:val="21"/>
          <w:lang w:eastAsia="ja-JP"/>
        </w:rPr>
      </w:pPr>
    </w:p>
    <w:p w14:paraId="36DB4B2D" w14:textId="31176A3F" w:rsidR="00915529" w:rsidRDefault="00443DC7" w:rsidP="00DC5F16">
      <w:pPr>
        <w:spacing w:before="100" w:after="80"/>
        <w:ind w:firstLineChars="100" w:firstLine="210"/>
        <w:rPr>
          <w:rFonts w:asciiTheme="minorEastAsia" w:eastAsiaTheme="minorEastAsia" w:hAnsiTheme="minorEastAsia"/>
          <w:sz w:val="21"/>
          <w:szCs w:val="21"/>
          <w:lang w:eastAsia="ja-JP"/>
        </w:rPr>
      </w:pPr>
      <w:r w:rsidRPr="00985976">
        <w:rPr>
          <w:rFonts w:asciiTheme="minorEastAsia" w:eastAsiaTheme="minorEastAsia" w:hAnsiTheme="minorEastAsia"/>
          <w:sz w:val="21"/>
          <w:szCs w:val="21"/>
          <w:lang w:eastAsia="ja-JP"/>
        </w:rPr>
        <w:t>やまなしユニバーサルツーリズム推進施設認定制度実施要綱第5条の規定により、関係書類を添えて認定を申請します。</w:t>
      </w:r>
    </w:p>
    <w:p w14:paraId="536177ED" w14:textId="31FEFFD0" w:rsidR="007A2251" w:rsidRDefault="007A2251">
      <w:pPr>
        <w:spacing w:before="100" w:after="80"/>
        <w:ind w:firstLine="397"/>
        <w:rPr>
          <w:rFonts w:asciiTheme="minorEastAsia" w:eastAsiaTheme="minorEastAsia" w:hAnsiTheme="minorEastAsia"/>
          <w:sz w:val="21"/>
          <w:szCs w:val="21"/>
          <w:lang w:eastAsia="ja-JP"/>
        </w:rPr>
      </w:pPr>
    </w:p>
    <w:p w14:paraId="5F81BA64" w14:textId="77777777" w:rsidR="007A2251" w:rsidRPr="00985976" w:rsidRDefault="007A2251">
      <w:pPr>
        <w:spacing w:before="100" w:after="80"/>
        <w:ind w:firstLine="397"/>
        <w:rPr>
          <w:rFonts w:asciiTheme="minorEastAsia" w:eastAsiaTheme="minorEastAsia" w:hAnsiTheme="minorEastAsia"/>
          <w:sz w:val="21"/>
          <w:szCs w:val="21"/>
          <w:lang w:eastAsia="ja-JP"/>
        </w:rPr>
      </w:pPr>
    </w:p>
    <w:p w14:paraId="15DFCB6D" w14:textId="77777777" w:rsidR="00915529" w:rsidRDefault="0026140E" w:rsidP="00443DC7">
      <w:pPr>
        <w:rPr>
          <w:rFonts w:asciiTheme="minorEastAsia" w:eastAsiaTheme="minorEastAsia" w:hAnsiTheme="minorEastAsia"/>
          <w:b/>
          <w:bCs/>
          <w:sz w:val="21"/>
          <w:szCs w:val="21"/>
          <w:lang w:eastAsia="ja-JP"/>
        </w:rPr>
      </w:pPr>
      <w:r w:rsidRPr="00443DC7">
        <w:rPr>
          <w:rFonts w:asciiTheme="minorEastAsia" w:eastAsiaTheme="minorEastAsia" w:hAnsiTheme="minorEastAsia"/>
          <w:b/>
          <w:bCs/>
          <w:sz w:val="21"/>
          <w:szCs w:val="21"/>
        </w:rPr>
        <w:t xml:space="preserve">1　</w:t>
      </w:r>
      <w:proofErr w:type="spellStart"/>
      <w:r w:rsidRPr="00443DC7">
        <w:rPr>
          <w:rFonts w:asciiTheme="minorEastAsia" w:eastAsiaTheme="minorEastAsia" w:hAnsiTheme="minorEastAsia"/>
          <w:b/>
          <w:bCs/>
          <w:sz w:val="21"/>
          <w:szCs w:val="21"/>
        </w:rPr>
        <w:t>申請施設の概要</w:t>
      </w:r>
      <w:proofErr w:type="spellEnd"/>
    </w:p>
    <w:p w14:paraId="22AD626E" w14:textId="77777777" w:rsidR="007A2251" w:rsidRPr="00443DC7" w:rsidRDefault="007A2251" w:rsidP="00443DC7">
      <w:pPr>
        <w:rPr>
          <w:rFonts w:asciiTheme="minorEastAsia" w:eastAsiaTheme="minorEastAsia" w:hAnsiTheme="minorEastAsia"/>
          <w:b/>
          <w:bCs/>
          <w:sz w:val="21"/>
          <w:szCs w:val="21"/>
          <w:lang w:eastAsia="ja-JP"/>
        </w:rPr>
      </w:pPr>
    </w:p>
    <w:tbl>
      <w:tblPr>
        <w:tblStyle w:val="afe"/>
        <w:tblW w:w="0" w:type="auto"/>
        <w:jc w:val="center"/>
        <w:tblLayout w:type="fixed"/>
        <w:tblLook w:val="04A0" w:firstRow="1" w:lastRow="0" w:firstColumn="1" w:lastColumn="0" w:noHBand="0" w:noVBand="1"/>
      </w:tblPr>
      <w:tblGrid>
        <w:gridCol w:w="1838"/>
        <w:gridCol w:w="2729"/>
        <w:gridCol w:w="1757"/>
        <w:gridCol w:w="3175"/>
      </w:tblGrid>
      <w:tr w:rsidR="00C50A8F" w:rsidRPr="00985976" w14:paraId="5B63D9DB" w14:textId="77777777" w:rsidTr="00A344DA">
        <w:trPr>
          <w:cantSplit/>
          <w:trHeight w:val="539"/>
          <w:jc w:val="center"/>
        </w:trPr>
        <w:tc>
          <w:tcPr>
            <w:tcW w:w="1838" w:type="dxa"/>
            <w:shd w:val="clear" w:color="auto" w:fill="F2F2F2"/>
            <w:tcMar>
              <w:top w:w="40" w:type="dxa"/>
              <w:left w:w="55" w:type="dxa"/>
              <w:bottom w:w="40" w:type="dxa"/>
              <w:right w:w="55" w:type="dxa"/>
            </w:tcMar>
            <w:vAlign w:val="center"/>
          </w:tcPr>
          <w:p w14:paraId="6D149CBD" w14:textId="77777777" w:rsidR="00C50A8F" w:rsidRPr="00B22B80" w:rsidRDefault="00C50A8F" w:rsidP="00A344DA">
            <w:pPr>
              <w:spacing w:after="0"/>
              <w:rPr>
                <w:rFonts w:asciiTheme="minorEastAsia" w:eastAsiaTheme="minorEastAsia" w:hAnsiTheme="minorEastAsia"/>
                <w:b/>
                <w:sz w:val="21"/>
                <w:szCs w:val="28"/>
                <w:lang w:eastAsia="ja-JP"/>
              </w:rPr>
            </w:pPr>
            <w:proofErr w:type="spellStart"/>
            <w:r w:rsidRPr="007A2251">
              <w:rPr>
                <w:rFonts w:asciiTheme="minorEastAsia" w:eastAsiaTheme="minorEastAsia" w:hAnsiTheme="minorEastAsia"/>
                <w:b/>
                <w:sz w:val="21"/>
                <w:szCs w:val="28"/>
              </w:rPr>
              <w:t>施設名</w:t>
            </w:r>
            <w:proofErr w:type="spellEnd"/>
          </w:p>
        </w:tc>
        <w:tc>
          <w:tcPr>
            <w:tcW w:w="7661" w:type="dxa"/>
            <w:gridSpan w:val="3"/>
            <w:tcMar>
              <w:top w:w="40" w:type="dxa"/>
              <w:left w:w="55" w:type="dxa"/>
              <w:bottom w:w="40" w:type="dxa"/>
              <w:right w:w="55" w:type="dxa"/>
            </w:tcMar>
            <w:vAlign w:val="center"/>
          </w:tcPr>
          <w:p w14:paraId="4ACDFCB0" w14:textId="34A6FE23" w:rsidR="00C50A8F" w:rsidRPr="007A2251" w:rsidRDefault="00C50A8F" w:rsidP="00A344DA">
            <w:pPr>
              <w:spacing w:after="0"/>
              <w:rPr>
                <w:rFonts w:asciiTheme="minorEastAsia" w:eastAsiaTheme="minorEastAsia" w:hAnsiTheme="minorEastAsia"/>
                <w:sz w:val="21"/>
                <w:szCs w:val="28"/>
                <w:lang w:eastAsia="ja-JP"/>
              </w:rPr>
            </w:pPr>
          </w:p>
        </w:tc>
      </w:tr>
      <w:tr w:rsidR="00C50A8F" w:rsidRPr="00985976" w14:paraId="161D4E0E" w14:textId="77777777" w:rsidTr="00A344DA">
        <w:trPr>
          <w:cantSplit/>
          <w:trHeight w:val="816"/>
          <w:jc w:val="center"/>
        </w:trPr>
        <w:tc>
          <w:tcPr>
            <w:tcW w:w="1838" w:type="dxa"/>
            <w:shd w:val="clear" w:color="auto" w:fill="F2F2F2"/>
            <w:tcMar>
              <w:top w:w="40" w:type="dxa"/>
              <w:left w:w="55" w:type="dxa"/>
              <w:bottom w:w="40" w:type="dxa"/>
              <w:right w:w="55" w:type="dxa"/>
            </w:tcMar>
            <w:vAlign w:val="center"/>
          </w:tcPr>
          <w:p w14:paraId="20A9924F" w14:textId="77777777" w:rsidR="00C50A8F" w:rsidRPr="007A2251" w:rsidRDefault="00C50A8F" w:rsidP="00A344DA">
            <w:pPr>
              <w:spacing w:after="0"/>
              <w:rPr>
                <w:rFonts w:asciiTheme="minorEastAsia" w:eastAsiaTheme="minorEastAsia" w:hAnsiTheme="minorEastAsia"/>
                <w:sz w:val="21"/>
                <w:szCs w:val="28"/>
              </w:rPr>
            </w:pPr>
            <w:proofErr w:type="spellStart"/>
            <w:r w:rsidRPr="007A2251">
              <w:rPr>
                <w:rFonts w:asciiTheme="minorEastAsia" w:eastAsiaTheme="minorEastAsia" w:hAnsiTheme="minorEastAsia"/>
                <w:sz w:val="21"/>
                <w:szCs w:val="28"/>
              </w:rPr>
              <w:t>所在地</w:t>
            </w:r>
            <w:proofErr w:type="spellEnd"/>
          </w:p>
        </w:tc>
        <w:tc>
          <w:tcPr>
            <w:tcW w:w="7661" w:type="dxa"/>
            <w:gridSpan w:val="3"/>
            <w:tcMar>
              <w:top w:w="40" w:type="dxa"/>
              <w:left w:w="55" w:type="dxa"/>
              <w:bottom w:w="40" w:type="dxa"/>
              <w:right w:w="55" w:type="dxa"/>
            </w:tcMar>
            <w:vAlign w:val="center"/>
          </w:tcPr>
          <w:p w14:paraId="245E9BD2" w14:textId="0046D8D8" w:rsidR="00C50A8F" w:rsidRPr="008B4563" w:rsidRDefault="00C50A8F" w:rsidP="00A344DA">
            <w:pPr>
              <w:spacing w:after="0"/>
              <w:rPr>
                <w:rFonts w:asciiTheme="minorEastAsia" w:eastAsiaTheme="minorEastAsia" w:hAnsiTheme="minorEastAsia"/>
                <w:sz w:val="21"/>
                <w:szCs w:val="28"/>
              </w:rPr>
            </w:pPr>
            <w:r w:rsidRPr="007A2251">
              <w:rPr>
                <w:rFonts w:asciiTheme="minorEastAsia" w:eastAsiaTheme="minorEastAsia" w:hAnsiTheme="minorEastAsia"/>
                <w:sz w:val="21"/>
                <w:szCs w:val="28"/>
              </w:rPr>
              <w:t>〒</w:t>
            </w:r>
            <w:r>
              <w:rPr>
                <w:rFonts w:asciiTheme="minorEastAsia" w:eastAsiaTheme="minorEastAsia" w:hAnsiTheme="minorEastAsia" w:hint="eastAsia"/>
                <w:sz w:val="21"/>
                <w:szCs w:val="28"/>
                <w:lang w:eastAsia="ja-JP"/>
              </w:rPr>
              <w:t xml:space="preserve">　</w:t>
            </w:r>
          </w:p>
          <w:p w14:paraId="5C8C86D4" w14:textId="38F989A5" w:rsidR="00C50A8F" w:rsidRPr="007A2251" w:rsidRDefault="00C50A8F" w:rsidP="00A344DA">
            <w:pPr>
              <w:spacing w:after="0"/>
              <w:ind w:firstLineChars="100" w:firstLine="210"/>
              <w:rPr>
                <w:rFonts w:asciiTheme="minorEastAsia" w:eastAsiaTheme="minorEastAsia" w:hAnsiTheme="minorEastAsia"/>
                <w:sz w:val="21"/>
                <w:szCs w:val="28"/>
                <w:lang w:eastAsia="ja-JP"/>
              </w:rPr>
            </w:pPr>
          </w:p>
        </w:tc>
      </w:tr>
      <w:tr w:rsidR="00C50A8F" w:rsidRPr="00985976" w14:paraId="7A10D732" w14:textId="77777777" w:rsidTr="00A344DA">
        <w:trPr>
          <w:cantSplit/>
          <w:trHeight w:val="539"/>
          <w:jc w:val="center"/>
        </w:trPr>
        <w:tc>
          <w:tcPr>
            <w:tcW w:w="1838" w:type="dxa"/>
            <w:shd w:val="clear" w:color="auto" w:fill="F2F2F2"/>
            <w:tcMar>
              <w:top w:w="40" w:type="dxa"/>
              <w:left w:w="55" w:type="dxa"/>
              <w:bottom w:w="40" w:type="dxa"/>
              <w:right w:w="55" w:type="dxa"/>
            </w:tcMar>
            <w:vAlign w:val="center"/>
          </w:tcPr>
          <w:p w14:paraId="7D483D28" w14:textId="77777777" w:rsidR="00C50A8F" w:rsidRPr="007A2251" w:rsidRDefault="00C50A8F" w:rsidP="00A344DA">
            <w:pPr>
              <w:spacing w:after="0"/>
              <w:rPr>
                <w:rFonts w:asciiTheme="minorEastAsia" w:eastAsiaTheme="minorEastAsia" w:hAnsiTheme="minorEastAsia"/>
                <w:sz w:val="21"/>
                <w:szCs w:val="28"/>
              </w:rPr>
            </w:pPr>
            <w:proofErr w:type="spellStart"/>
            <w:r w:rsidRPr="007A2251">
              <w:rPr>
                <w:rFonts w:asciiTheme="minorEastAsia" w:eastAsiaTheme="minorEastAsia" w:hAnsiTheme="minorEastAsia"/>
                <w:sz w:val="21"/>
                <w:szCs w:val="28"/>
              </w:rPr>
              <w:t>施設ウェブサイト</w:t>
            </w:r>
            <w:proofErr w:type="spellEnd"/>
          </w:p>
        </w:tc>
        <w:tc>
          <w:tcPr>
            <w:tcW w:w="7661" w:type="dxa"/>
            <w:gridSpan w:val="3"/>
            <w:tcMar>
              <w:top w:w="40" w:type="dxa"/>
              <w:left w:w="55" w:type="dxa"/>
              <w:bottom w:w="40" w:type="dxa"/>
              <w:right w:w="55" w:type="dxa"/>
            </w:tcMar>
            <w:vAlign w:val="center"/>
          </w:tcPr>
          <w:p w14:paraId="575F3213" w14:textId="58225B1B" w:rsidR="00C50A8F" w:rsidRPr="007A2251" w:rsidRDefault="00C50A8F" w:rsidP="00A344DA">
            <w:pPr>
              <w:spacing w:after="0"/>
              <w:rPr>
                <w:rFonts w:asciiTheme="minorEastAsia" w:eastAsiaTheme="minorEastAsia" w:hAnsiTheme="minorEastAsia"/>
                <w:sz w:val="21"/>
                <w:szCs w:val="28"/>
              </w:rPr>
            </w:pPr>
          </w:p>
        </w:tc>
      </w:tr>
      <w:tr w:rsidR="00C50A8F" w:rsidRPr="00985976" w14:paraId="6D2D9661" w14:textId="77777777" w:rsidTr="00A344DA">
        <w:trPr>
          <w:cantSplit/>
          <w:trHeight w:val="678"/>
          <w:jc w:val="center"/>
        </w:trPr>
        <w:tc>
          <w:tcPr>
            <w:tcW w:w="1838" w:type="dxa"/>
            <w:shd w:val="clear" w:color="auto" w:fill="F2F2F2"/>
            <w:tcMar>
              <w:top w:w="40" w:type="dxa"/>
              <w:left w:w="55" w:type="dxa"/>
              <w:bottom w:w="40" w:type="dxa"/>
              <w:right w:w="55" w:type="dxa"/>
            </w:tcMar>
            <w:vAlign w:val="center"/>
          </w:tcPr>
          <w:p w14:paraId="731C8043" w14:textId="77777777" w:rsidR="00C50A8F" w:rsidRPr="007A2251" w:rsidRDefault="00C50A8F" w:rsidP="00A344DA">
            <w:pPr>
              <w:spacing w:after="0"/>
              <w:rPr>
                <w:rFonts w:asciiTheme="minorEastAsia" w:eastAsiaTheme="minorEastAsia" w:hAnsiTheme="minorEastAsia"/>
                <w:sz w:val="21"/>
                <w:szCs w:val="28"/>
                <w:lang w:eastAsia="ja-JP"/>
              </w:rPr>
            </w:pPr>
            <w:r w:rsidRPr="00B22B80">
              <w:rPr>
                <w:rFonts w:asciiTheme="minorEastAsia" w:eastAsiaTheme="minorEastAsia" w:hAnsiTheme="minorEastAsia"/>
                <w:sz w:val="21"/>
                <w:szCs w:val="28"/>
                <w:lang w:eastAsia="ja-JP"/>
              </w:rPr>
              <w:t>事業の種類</w:t>
            </w:r>
          </w:p>
        </w:tc>
        <w:tc>
          <w:tcPr>
            <w:tcW w:w="7661" w:type="dxa"/>
            <w:gridSpan w:val="3"/>
            <w:tcMar>
              <w:top w:w="40" w:type="dxa"/>
              <w:left w:w="55" w:type="dxa"/>
              <w:bottom w:w="40" w:type="dxa"/>
              <w:right w:w="55" w:type="dxa"/>
            </w:tcMar>
            <w:vAlign w:val="center"/>
          </w:tcPr>
          <w:p w14:paraId="27718825" w14:textId="2AF72378" w:rsidR="00C50A8F" w:rsidRPr="007A2251" w:rsidRDefault="00C50A8F" w:rsidP="00A344DA">
            <w:pPr>
              <w:spacing w:after="0"/>
              <w:rPr>
                <w:rFonts w:asciiTheme="minorEastAsia" w:eastAsiaTheme="minorEastAsia" w:hAnsiTheme="minorEastAsia"/>
                <w:sz w:val="21"/>
                <w:szCs w:val="28"/>
                <w:lang w:eastAsia="ja-JP"/>
              </w:rPr>
            </w:pPr>
            <w:r w:rsidRPr="000A1517">
              <w:rPr>
                <w:rFonts w:asciiTheme="minorEastAsia" w:eastAsiaTheme="minorEastAsia" w:hAnsiTheme="minorEastAsia" w:hint="eastAsia"/>
                <w:sz w:val="21"/>
                <w:szCs w:val="28"/>
                <w:lang w:eastAsia="ja-JP"/>
              </w:rPr>
              <w:t>□</w:t>
            </w:r>
            <w:r w:rsidRPr="007A2251">
              <w:rPr>
                <w:rFonts w:asciiTheme="minorEastAsia" w:eastAsiaTheme="minorEastAsia" w:hAnsiTheme="minorEastAsia"/>
                <w:sz w:val="21"/>
                <w:szCs w:val="28"/>
                <w:lang w:eastAsia="ja-JP"/>
              </w:rPr>
              <w:t xml:space="preserve"> 旅館・ホテル営業　　□ 簡易宿所営業</w:t>
            </w:r>
          </w:p>
          <w:p w14:paraId="4980CC62" w14:textId="77777777" w:rsidR="00C50A8F" w:rsidRPr="007A2251" w:rsidRDefault="00C50A8F" w:rsidP="00A344DA">
            <w:pPr>
              <w:spacing w:after="0"/>
              <w:rPr>
                <w:rFonts w:asciiTheme="minorEastAsia" w:eastAsiaTheme="minorEastAsia" w:hAnsiTheme="minorEastAsia"/>
                <w:sz w:val="21"/>
                <w:szCs w:val="28"/>
                <w:lang w:eastAsia="ja-JP"/>
              </w:rPr>
            </w:pPr>
            <w:r w:rsidRPr="000A1517">
              <w:rPr>
                <w:rFonts w:asciiTheme="minorEastAsia" w:eastAsiaTheme="minorEastAsia" w:hAnsiTheme="minorEastAsia" w:hint="eastAsia"/>
                <w:sz w:val="21"/>
                <w:szCs w:val="28"/>
                <w:lang w:eastAsia="ja-JP"/>
              </w:rPr>
              <w:t>□</w:t>
            </w:r>
            <w:r w:rsidRPr="000A1517">
              <w:rPr>
                <w:rFonts w:asciiTheme="minorEastAsia" w:eastAsiaTheme="minorEastAsia" w:hAnsiTheme="minorEastAsia"/>
                <w:sz w:val="21"/>
                <w:szCs w:val="28"/>
                <w:lang w:eastAsia="ja-JP"/>
              </w:rPr>
              <w:t xml:space="preserve"> 民泊</w:t>
            </w:r>
            <w:r>
              <w:rPr>
                <w:rFonts w:asciiTheme="minorEastAsia" w:eastAsiaTheme="minorEastAsia" w:hAnsiTheme="minorEastAsia" w:hint="eastAsia"/>
                <w:sz w:val="21"/>
                <w:szCs w:val="28"/>
                <w:lang w:eastAsia="ja-JP"/>
              </w:rPr>
              <w:t xml:space="preserve">　　　　　　　　</w:t>
            </w:r>
            <w:r w:rsidRPr="000A1517">
              <w:rPr>
                <w:rFonts w:asciiTheme="minorEastAsia" w:eastAsiaTheme="minorEastAsia" w:hAnsiTheme="minorEastAsia" w:hint="eastAsia"/>
                <w:sz w:val="21"/>
                <w:szCs w:val="28"/>
                <w:lang w:eastAsia="ja-JP"/>
              </w:rPr>
              <w:t>□</w:t>
            </w:r>
            <w:r w:rsidRPr="000A1517">
              <w:rPr>
                <w:rFonts w:asciiTheme="minorEastAsia" w:eastAsiaTheme="minorEastAsia" w:hAnsiTheme="minorEastAsia"/>
                <w:sz w:val="21"/>
                <w:szCs w:val="28"/>
                <w:lang w:eastAsia="ja-JP"/>
              </w:rPr>
              <w:t xml:space="preserve"> 特区民泊</w:t>
            </w:r>
          </w:p>
        </w:tc>
      </w:tr>
      <w:tr w:rsidR="00C50A8F" w:rsidRPr="00985976" w14:paraId="328CA5EC" w14:textId="77777777" w:rsidTr="00A344DA">
        <w:trPr>
          <w:cantSplit/>
          <w:trHeight w:val="678"/>
          <w:jc w:val="center"/>
        </w:trPr>
        <w:tc>
          <w:tcPr>
            <w:tcW w:w="1838" w:type="dxa"/>
            <w:shd w:val="clear" w:color="auto" w:fill="F2F2F2"/>
            <w:tcMar>
              <w:top w:w="40" w:type="dxa"/>
              <w:left w:w="55" w:type="dxa"/>
              <w:bottom w:w="40" w:type="dxa"/>
              <w:right w:w="55" w:type="dxa"/>
            </w:tcMar>
            <w:vAlign w:val="center"/>
          </w:tcPr>
          <w:p w14:paraId="08EEEBB9" w14:textId="77777777" w:rsidR="00C50A8F" w:rsidRPr="00B22B80" w:rsidRDefault="00C50A8F" w:rsidP="00A344DA">
            <w:pPr>
              <w:spacing w:after="0"/>
              <w:rPr>
                <w:rFonts w:asciiTheme="minorEastAsia" w:eastAsiaTheme="minorEastAsia" w:hAnsiTheme="minorEastAsia"/>
                <w:sz w:val="21"/>
                <w:szCs w:val="28"/>
                <w:lang w:eastAsia="ja-JP"/>
              </w:rPr>
            </w:pPr>
            <w:r w:rsidRPr="007A2251">
              <w:rPr>
                <w:rFonts w:asciiTheme="minorEastAsia" w:eastAsiaTheme="minorEastAsia" w:hAnsiTheme="minorEastAsia"/>
                <w:sz w:val="21"/>
                <w:szCs w:val="28"/>
                <w:lang w:eastAsia="ja-JP"/>
              </w:rPr>
              <w:t>旅館業許可番号</w:t>
            </w:r>
            <w:r>
              <w:rPr>
                <w:rFonts w:asciiTheme="minorEastAsia" w:eastAsiaTheme="minorEastAsia" w:hAnsiTheme="minorEastAsia"/>
                <w:sz w:val="21"/>
                <w:szCs w:val="28"/>
                <w:lang w:eastAsia="ja-JP"/>
              </w:rPr>
              <w:br/>
            </w:r>
            <w:r>
              <w:rPr>
                <w:rFonts w:asciiTheme="minorEastAsia" w:eastAsiaTheme="minorEastAsia" w:hAnsiTheme="minorEastAsia" w:hint="eastAsia"/>
                <w:sz w:val="21"/>
                <w:szCs w:val="28"/>
                <w:lang w:eastAsia="ja-JP"/>
              </w:rPr>
              <w:t>民泊届出番号</w:t>
            </w:r>
          </w:p>
        </w:tc>
        <w:tc>
          <w:tcPr>
            <w:tcW w:w="7661" w:type="dxa"/>
            <w:gridSpan w:val="3"/>
            <w:tcMar>
              <w:top w:w="40" w:type="dxa"/>
              <w:left w:w="55" w:type="dxa"/>
              <w:bottom w:w="40" w:type="dxa"/>
              <w:right w:w="55" w:type="dxa"/>
            </w:tcMar>
            <w:vAlign w:val="center"/>
          </w:tcPr>
          <w:p w14:paraId="50D5BBA6" w14:textId="5F3893AE" w:rsidR="00C50A8F" w:rsidRPr="0053253D" w:rsidRDefault="00C50A8F" w:rsidP="00A344DA">
            <w:pPr>
              <w:spacing w:after="0"/>
              <w:rPr>
                <w:rFonts w:asciiTheme="minorEastAsia" w:eastAsiaTheme="minorEastAsia" w:hAnsiTheme="minorEastAsia"/>
                <w:color w:val="FF0000"/>
                <w:sz w:val="21"/>
                <w:szCs w:val="32"/>
                <w:lang w:eastAsia="ja-JP"/>
              </w:rPr>
            </w:pPr>
          </w:p>
        </w:tc>
      </w:tr>
      <w:tr w:rsidR="00C50A8F" w:rsidRPr="00985976" w14:paraId="28C47B49" w14:textId="77777777" w:rsidTr="00A344DA">
        <w:trPr>
          <w:cantSplit/>
          <w:trHeight w:val="539"/>
          <w:jc w:val="center"/>
        </w:trPr>
        <w:tc>
          <w:tcPr>
            <w:tcW w:w="1838" w:type="dxa"/>
            <w:shd w:val="clear" w:color="auto" w:fill="F2F2F2"/>
            <w:tcMar>
              <w:top w:w="40" w:type="dxa"/>
              <w:left w:w="55" w:type="dxa"/>
              <w:bottom w:w="40" w:type="dxa"/>
              <w:right w:w="55" w:type="dxa"/>
            </w:tcMar>
            <w:vAlign w:val="center"/>
          </w:tcPr>
          <w:p w14:paraId="58C627AC" w14:textId="77777777" w:rsidR="00C50A8F" w:rsidRPr="007A2251" w:rsidRDefault="00C50A8F" w:rsidP="00A344DA">
            <w:pPr>
              <w:spacing w:after="0"/>
              <w:rPr>
                <w:rFonts w:asciiTheme="minorEastAsia" w:eastAsiaTheme="minorEastAsia" w:hAnsiTheme="minorEastAsia"/>
                <w:sz w:val="21"/>
                <w:szCs w:val="28"/>
              </w:rPr>
            </w:pPr>
            <w:proofErr w:type="spellStart"/>
            <w:r w:rsidRPr="007A2251">
              <w:rPr>
                <w:rFonts w:asciiTheme="minorEastAsia" w:eastAsiaTheme="minorEastAsia" w:hAnsiTheme="minorEastAsia"/>
                <w:sz w:val="21"/>
                <w:szCs w:val="28"/>
              </w:rPr>
              <w:t>担当者所属・氏名</w:t>
            </w:r>
            <w:proofErr w:type="spellEnd"/>
          </w:p>
        </w:tc>
        <w:tc>
          <w:tcPr>
            <w:tcW w:w="2729" w:type="dxa"/>
            <w:tcMar>
              <w:top w:w="40" w:type="dxa"/>
              <w:left w:w="55" w:type="dxa"/>
              <w:bottom w:w="40" w:type="dxa"/>
              <w:right w:w="55" w:type="dxa"/>
            </w:tcMar>
            <w:vAlign w:val="center"/>
          </w:tcPr>
          <w:p w14:paraId="44ECE2A0" w14:textId="78C8750D" w:rsidR="00C50A8F" w:rsidRPr="007A2251" w:rsidRDefault="00C50A8F" w:rsidP="00A344DA">
            <w:pPr>
              <w:spacing w:after="0"/>
              <w:rPr>
                <w:rFonts w:asciiTheme="minorEastAsia" w:eastAsiaTheme="minorEastAsia" w:hAnsiTheme="minorEastAsia"/>
                <w:sz w:val="21"/>
                <w:szCs w:val="28"/>
                <w:lang w:eastAsia="ja-JP"/>
              </w:rPr>
            </w:pPr>
          </w:p>
        </w:tc>
        <w:tc>
          <w:tcPr>
            <w:tcW w:w="1757" w:type="dxa"/>
            <w:shd w:val="clear" w:color="auto" w:fill="F2F2F2"/>
            <w:tcMar>
              <w:top w:w="40" w:type="dxa"/>
              <w:left w:w="55" w:type="dxa"/>
              <w:bottom w:w="40" w:type="dxa"/>
              <w:right w:w="55" w:type="dxa"/>
            </w:tcMar>
            <w:vAlign w:val="center"/>
          </w:tcPr>
          <w:p w14:paraId="4EBEF89A" w14:textId="77777777" w:rsidR="00C50A8F" w:rsidRPr="007A2251" w:rsidRDefault="00C50A8F" w:rsidP="00A344DA">
            <w:pPr>
              <w:spacing w:after="0"/>
              <w:rPr>
                <w:rFonts w:asciiTheme="minorEastAsia" w:eastAsiaTheme="minorEastAsia" w:hAnsiTheme="minorEastAsia"/>
                <w:sz w:val="21"/>
                <w:szCs w:val="28"/>
              </w:rPr>
            </w:pPr>
            <w:proofErr w:type="spellStart"/>
            <w:r w:rsidRPr="007A2251">
              <w:rPr>
                <w:rFonts w:asciiTheme="minorEastAsia" w:eastAsiaTheme="minorEastAsia" w:hAnsiTheme="minorEastAsia"/>
                <w:sz w:val="21"/>
                <w:szCs w:val="28"/>
              </w:rPr>
              <w:t>電話番号</w:t>
            </w:r>
            <w:proofErr w:type="spellEnd"/>
          </w:p>
        </w:tc>
        <w:tc>
          <w:tcPr>
            <w:tcW w:w="3175" w:type="dxa"/>
            <w:tcMar>
              <w:top w:w="40" w:type="dxa"/>
              <w:left w:w="55" w:type="dxa"/>
              <w:bottom w:w="40" w:type="dxa"/>
              <w:right w:w="55" w:type="dxa"/>
            </w:tcMar>
            <w:vAlign w:val="center"/>
          </w:tcPr>
          <w:p w14:paraId="0F541C0B" w14:textId="3963E58B" w:rsidR="00C50A8F" w:rsidRPr="007A2251" w:rsidRDefault="00C50A8F" w:rsidP="00A344DA">
            <w:pPr>
              <w:spacing w:after="0"/>
              <w:rPr>
                <w:rFonts w:asciiTheme="minorEastAsia" w:eastAsiaTheme="minorEastAsia" w:hAnsiTheme="minorEastAsia"/>
                <w:sz w:val="21"/>
                <w:szCs w:val="28"/>
              </w:rPr>
            </w:pPr>
          </w:p>
        </w:tc>
      </w:tr>
      <w:tr w:rsidR="00C50A8F" w:rsidRPr="00985976" w14:paraId="683AD6BF" w14:textId="77777777" w:rsidTr="00A344DA">
        <w:trPr>
          <w:cantSplit/>
          <w:jc w:val="center"/>
        </w:trPr>
        <w:tc>
          <w:tcPr>
            <w:tcW w:w="1838" w:type="dxa"/>
            <w:shd w:val="clear" w:color="auto" w:fill="F2F2F2"/>
            <w:tcMar>
              <w:top w:w="40" w:type="dxa"/>
              <w:left w:w="55" w:type="dxa"/>
              <w:bottom w:w="40" w:type="dxa"/>
              <w:right w:w="55" w:type="dxa"/>
            </w:tcMar>
            <w:vAlign w:val="center"/>
          </w:tcPr>
          <w:p w14:paraId="14BA5638" w14:textId="77777777" w:rsidR="00C50A8F" w:rsidRPr="007A2251" w:rsidRDefault="00C50A8F" w:rsidP="00A344DA">
            <w:pPr>
              <w:spacing w:after="0"/>
              <w:rPr>
                <w:rFonts w:asciiTheme="minorEastAsia" w:eastAsiaTheme="minorEastAsia" w:hAnsiTheme="minorEastAsia"/>
                <w:sz w:val="21"/>
                <w:szCs w:val="28"/>
                <w:lang w:eastAsia="ja-JP"/>
              </w:rPr>
            </w:pPr>
            <w:r w:rsidRPr="007A2251">
              <w:rPr>
                <w:rFonts w:asciiTheme="minorEastAsia" w:eastAsiaTheme="minorEastAsia" w:hAnsiTheme="minorEastAsia"/>
                <w:sz w:val="21"/>
                <w:szCs w:val="28"/>
                <w:lang w:eastAsia="ja-JP"/>
              </w:rPr>
              <w:t>担当者メールアドレス</w:t>
            </w:r>
          </w:p>
        </w:tc>
        <w:tc>
          <w:tcPr>
            <w:tcW w:w="7661" w:type="dxa"/>
            <w:gridSpan w:val="3"/>
            <w:tcMar>
              <w:top w:w="40" w:type="dxa"/>
              <w:left w:w="55" w:type="dxa"/>
              <w:bottom w:w="40" w:type="dxa"/>
              <w:right w:w="55" w:type="dxa"/>
            </w:tcMar>
            <w:vAlign w:val="center"/>
          </w:tcPr>
          <w:p w14:paraId="4B8A6CBF" w14:textId="77777777" w:rsidR="00C50A8F" w:rsidRDefault="00C50A8F" w:rsidP="00A344DA">
            <w:pPr>
              <w:spacing w:after="0"/>
              <w:rPr>
                <w:rFonts w:asciiTheme="minorEastAsia" w:eastAsiaTheme="minorEastAsia" w:hAnsiTheme="minorEastAsia"/>
                <w:sz w:val="21"/>
                <w:szCs w:val="28"/>
                <w:lang w:eastAsia="ja-JP"/>
              </w:rPr>
            </w:pPr>
          </w:p>
          <w:p w14:paraId="187AC364" w14:textId="21C36B3E" w:rsidR="00C50A8F" w:rsidRDefault="00C50A8F" w:rsidP="00A344DA">
            <w:pPr>
              <w:spacing w:after="0"/>
              <w:rPr>
                <w:rFonts w:asciiTheme="minorEastAsia" w:eastAsiaTheme="minorEastAsia" w:hAnsiTheme="minorEastAsia"/>
                <w:color w:val="FF0000"/>
                <w:sz w:val="21"/>
                <w:szCs w:val="28"/>
                <w:lang w:eastAsia="ja-JP"/>
              </w:rPr>
            </w:pPr>
          </w:p>
          <w:p w14:paraId="38A68B4D" w14:textId="77777777" w:rsidR="00C50A8F" w:rsidRPr="007A2251" w:rsidRDefault="00C50A8F" w:rsidP="00A344DA">
            <w:pPr>
              <w:spacing w:after="0"/>
              <w:rPr>
                <w:rFonts w:asciiTheme="minorEastAsia" w:eastAsiaTheme="minorEastAsia" w:hAnsiTheme="minorEastAsia"/>
                <w:sz w:val="21"/>
                <w:szCs w:val="28"/>
                <w:lang w:eastAsia="ja-JP"/>
              </w:rPr>
            </w:pPr>
          </w:p>
        </w:tc>
      </w:tr>
      <w:tr w:rsidR="00C50A8F" w:rsidRPr="00985976" w14:paraId="0B809BC9" w14:textId="77777777" w:rsidTr="00A344DA">
        <w:trPr>
          <w:cantSplit/>
          <w:jc w:val="center"/>
        </w:trPr>
        <w:tc>
          <w:tcPr>
            <w:tcW w:w="1838" w:type="dxa"/>
            <w:shd w:val="clear" w:color="auto" w:fill="F2F2F2"/>
            <w:tcMar>
              <w:top w:w="40" w:type="dxa"/>
              <w:left w:w="55" w:type="dxa"/>
              <w:bottom w:w="40" w:type="dxa"/>
              <w:right w:w="55" w:type="dxa"/>
            </w:tcMar>
            <w:vAlign w:val="center"/>
          </w:tcPr>
          <w:p w14:paraId="344D4C0F" w14:textId="77777777" w:rsidR="00C50A8F" w:rsidRPr="007A2251" w:rsidRDefault="00C50A8F" w:rsidP="00A344DA">
            <w:pPr>
              <w:spacing w:after="0"/>
              <w:rPr>
                <w:rFonts w:asciiTheme="minorEastAsia" w:eastAsiaTheme="minorEastAsia" w:hAnsiTheme="minorEastAsia"/>
                <w:sz w:val="21"/>
                <w:szCs w:val="28"/>
                <w:lang w:eastAsia="ja-JP"/>
              </w:rPr>
            </w:pPr>
            <w:r w:rsidRPr="007A2251">
              <w:rPr>
                <w:rFonts w:asciiTheme="minorEastAsia" w:eastAsiaTheme="minorEastAsia" w:hAnsiTheme="minorEastAsia"/>
                <w:sz w:val="21"/>
                <w:szCs w:val="28"/>
                <w:lang w:eastAsia="ja-JP"/>
              </w:rPr>
              <w:t>観光庁「</w:t>
            </w:r>
            <w:r w:rsidRPr="007A2251">
              <w:rPr>
                <w:rFonts w:asciiTheme="minorEastAsia" w:eastAsiaTheme="minorEastAsia" w:hAnsiTheme="minorEastAsia" w:hint="eastAsia"/>
                <w:sz w:val="21"/>
                <w:szCs w:val="28"/>
                <w:lang w:eastAsia="ja-JP"/>
              </w:rPr>
              <w:t>観光施設における</w:t>
            </w:r>
            <w:r w:rsidRPr="007A2251">
              <w:rPr>
                <w:rFonts w:asciiTheme="minorEastAsia" w:eastAsiaTheme="minorEastAsia" w:hAnsiTheme="minorEastAsia"/>
                <w:sz w:val="21"/>
                <w:szCs w:val="28"/>
                <w:lang w:eastAsia="ja-JP"/>
              </w:rPr>
              <w:t>心の</w:t>
            </w:r>
            <w:r w:rsidRPr="007A2251">
              <w:rPr>
                <w:rFonts w:asciiTheme="minorEastAsia" w:eastAsiaTheme="minorEastAsia" w:hAnsiTheme="minorEastAsia" w:hint="eastAsia"/>
                <w:sz w:val="21"/>
                <w:szCs w:val="28"/>
                <w:lang w:eastAsia="ja-JP"/>
              </w:rPr>
              <w:t>バ</w:t>
            </w:r>
            <w:r w:rsidRPr="007A2251">
              <w:rPr>
                <w:rFonts w:asciiTheme="minorEastAsia" w:eastAsiaTheme="minorEastAsia" w:hAnsiTheme="minorEastAsia"/>
                <w:sz w:val="21"/>
                <w:szCs w:val="28"/>
                <w:lang w:eastAsia="ja-JP"/>
              </w:rPr>
              <w:t>リアフリー認定</w:t>
            </w:r>
            <w:r w:rsidRPr="007A2251">
              <w:rPr>
                <w:rFonts w:asciiTheme="minorEastAsia" w:eastAsiaTheme="minorEastAsia" w:hAnsiTheme="minorEastAsia" w:hint="eastAsia"/>
                <w:sz w:val="21"/>
                <w:szCs w:val="28"/>
                <w:lang w:eastAsia="ja-JP"/>
              </w:rPr>
              <w:t>制度</w:t>
            </w:r>
            <w:r w:rsidRPr="007A2251">
              <w:rPr>
                <w:rFonts w:asciiTheme="minorEastAsia" w:eastAsiaTheme="minorEastAsia" w:hAnsiTheme="minorEastAsia"/>
                <w:sz w:val="21"/>
                <w:szCs w:val="28"/>
                <w:lang w:eastAsia="ja-JP"/>
              </w:rPr>
              <w:t>」</w:t>
            </w:r>
          </w:p>
        </w:tc>
        <w:tc>
          <w:tcPr>
            <w:tcW w:w="2729" w:type="dxa"/>
            <w:tcMar>
              <w:top w:w="40" w:type="dxa"/>
              <w:left w:w="55" w:type="dxa"/>
              <w:bottom w:w="40" w:type="dxa"/>
              <w:right w:w="55" w:type="dxa"/>
            </w:tcMar>
            <w:vAlign w:val="center"/>
          </w:tcPr>
          <w:p w14:paraId="146B99CB" w14:textId="60F5EEAE" w:rsidR="00C50A8F" w:rsidRPr="007A2251" w:rsidRDefault="00C50A8F" w:rsidP="00A344DA">
            <w:pPr>
              <w:spacing w:after="0"/>
              <w:rPr>
                <w:rFonts w:asciiTheme="minorEastAsia" w:eastAsiaTheme="minorEastAsia" w:hAnsiTheme="minorEastAsia"/>
                <w:sz w:val="21"/>
                <w:szCs w:val="28"/>
                <w:lang w:eastAsia="ja-JP"/>
              </w:rPr>
            </w:pPr>
            <w:proofErr w:type="spellStart"/>
            <w:r w:rsidRPr="007A2251">
              <w:rPr>
                <w:rFonts w:asciiTheme="minorEastAsia" w:eastAsiaTheme="minorEastAsia" w:hAnsiTheme="minorEastAsia"/>
                <w:sz w:val="21"/>
                <w:szCs w:val="28"/>
              </w:rPr>
              <w:t>認定番号</w:t>
            </w:r>
            <w:proofErr w:type="spellEnd"/>
            <w:r w:rsidRPr="007A2251">
              <w:rPr>
                <w:rFonts w:asciiTheme="minorEastAsia" w:eastAsiaTheme="minorEastAsia" w:hAnsiTheme="minorEastAsia"/>
                <w:sz w:val="21"/>
                <w:szCs w:val="28"/>
              </w:rPr>
              <w:t>：</w:t>
            </w:r>
          </w:p>
        </w:tc>
        <w:tc>
          <w:tcPr>
            <w:tcW w:w="1757" w:type="dxa"/>
            <w:shd w:val="clear" w:color="auto" w:fill="F2F2F2"/>
            <w:tcMar>
              <w:top w:w="40" w:type="dxa"/>
              <w:left w:w="55" w:type="dxa"/>
              <w:bottom w:w="40" w:type="dxa"/>
              <w:right w:w="55" w:type="dxa"/>
            </w:tcMar>
            <w:vAlign w:val="center"/>
          </w:tcPr>
          <w:p w14:paraId="7EF7B904" w14:textId="77777777" w:rsidR="00C50A8F" w:rsidRPr="007A2251" w:rsidRDefault="00C50A8F" w:rsidP="00A344DA">
            <w:pPr>
              <w:spacing w:after="0"/>
              <w:rPr>
                <w:rFonts w:asciiTheme="minorEastAsia" w:eastAsiaTheme="minorEastAsia" w:hAnsiTheme="minorEastAsia"/>
                <w:sz w:val="21"/>
                <w:szCs w:val="28"/>
              </w:rPr>
            </w:pPr>
            <w:proofErr w:type="spellStart"/>
            <w:r w:rsidRPr="007A2251">
              <w:rPr>
                <w:rFonts w:asciiTheme="minorEastAsia" w:eastAsiaTheme="minorEastAsia" w:hAnsiTheme="minorEastAsia"/>
                <w:sz w:val="21"/>
                <w:szCs w:val="28"/>
              </w:rPr>
              <w:t>認定年月日</w:t>
            </w:r>
            <w:proofErr w:type="spellEnd"/>
          </w:p>
        </w:tc>
        <w:tc>
          <w:tcPr>
            <w:tcW w:w="3175" w:type="dxa"/>
            <w:tcMar>
              <w:top w:w="40" w:type="dxa"/>
              <w:left w:w="55" w:type="dxa"/>
              <w:bottom w:w="40" w:type="dxa"/>
              <w:right w:w="55" w:type="dxa"/>
            </w:tcMar>
            <w:vAlign w:val="center"/>
          </w:tcPr>
          <w:p w14:paraId="0081B81B" w14:textId="2F86CD3D" w:rsidR="00C50A8F" w:rsidRPr="007A2251" w:rsidRDefault="00C50A8F" w:rsidP="00A344DA">
            <w:pPr>
              <w:spacing w:after="0"/>
              <w:ind w:firstLineChars="100" w:firstLine="210"/>
              <w:rPr>
                <w:rFonts w:asciiTheme="minorEastAsia" w:eastAsiaTheme="minorEastAsia" w:hAnsiTheme="minorEastAsia"/>
                <w:sz w:val="21"/>
                <w:szCs w:val="28"/>
              </w:rPr>
            </w:pPr>
            <w:proofErr w:type="spellStart"/>
            <w:r w:rsidRPr="007A2251">
              <w:rPr>
                <w:rFonts w:asciiTheme="minorEastAsia" w:eastAsiaTheme="minorEastAsia" w:hAnsiTheme="minorEastAsia"/>
                <w:sz w:val="21"/>
                <w:szCs w:val="28"/>
              </w:rPr>
              <w:t>令和</w:t>
            </w:r>
            <w:proofErr w:type="spellEnd"/>
            <w:r>
              <w:rPr>
                <w:rFonts w:asciiTheme="minorEastAsia" w:eastAsiaTheme="minorEastAsia" w:hAnsiTheme="minorEastAsia" w:hint="eastAsia"/>
                <w:color w:val="FF0000"/>
                <w:sz w:val="21"/>
                <w:szCs w:val="28"/>
                <w:lang w:eastAsia="ja-JP"/>
              </w:rPr>
              <w:t xml:space="preserve">　</w:t>
            </w:r>
            <w:r w:rsidRPr="007A2251">
              <w:rPr>
                <w:rFonts w:asciiTheme="minorEastAsia" w:eastAsiaTheme="minorEastAsia" w:hAnsiTheme="minorEastAsia"/>
                <w:sz w:val="21"/>
                <w:szCs w:val="28"/>
              </w:rPr>
              <w:t>年</w:t>
            </w:r>
            <w:r>
              <w:rPr>
                <w:rFonts w:asciiTheme="minorEastAsia" w:eastAsiaTheme="minorEastAsia" w:hAnsiTheme="minorEastAsia" w:hint="eastAsia"/>
                <w:color w:val="FF0000"/>
                <w:sz w:val="21"/>
                <w:szCs w:val="28"/>
                <w:lang w:eastAsia="ja-JP"/>
              </w:rPr>
              <w:t xml:space="preserve">　</w:t>
            </w:r>
            <w:r w:rsidRPr="007A2251">
              <w:rPr>
                <w:rFonts w:asciiTheme="minorEastAsia" w:eastAsiaTheme="minorEastAsia" w:hAnsiTheme="minorEastAsia"/>
                <w:sz w:val="21"/>
                <w:szCs w:val="28"/>
              </w:rPr>
              <w:t>月</w:t>
            </w:r>
            <w:r>
              <w:rPr>
                <w:rFonts w:asciiTheme="minorEastAsia" w:eastAsiaTheme="minorEastAsia" w:hAnsiTheme="minorEastAsia" w:hint="eastAsia"/>
                <w:color w:val="FF0000"/>
                <w:sz w:val="21"/>
                <w:szCs w:val="28"/>
                <w:lang w:eastAsia="ja-JP"/>
              </w:rPr>
              <w:t xml:space="preserve">　</w:t>
            </w:r>
            <w:r w:rsidRPr="007A2251">
              <w:rPr>
                <w:rFonts w:asciiTheme="minorEastAsia" w:eastAsiaTheme="minorEastAsia" w:hAnsiTheme="minorEastAsia"/>
                <w:sz w:val="21"/>
                <w:szCs w:val="28"/>
              </w:rPr>
              <w:t>日</w:t>
            </w:r>
          </w:p>
        </w:tc>
      </w:tr>
    </w:tbl>
    <w:p w14:paraId="4CC59464" w14:textId="77777777" w:rsidR="00985976" w:rsidRPr="00443DC7" w:rsidRDefault="00985976" w:rsidP="00443DC7">
      <w:pPr>
        <w:rPr>
          <w:lang w:eastAsia="ja-JP"/>
        </w:rPr>
      </w:pPr>
    </w:p>
    <w:p w14:paraId="52DAA0FC" w14:textId="77777777" w:rsidR="00985976" w:rsidRPr="00443DC7" w:rsidRDefault="00985976" w:rsidP="00443DC7">
      <w:pPr>
        <w:rPr>
          <w:lang w:eastAsia="ja-JP"/>
        </w:rPr>
      </w:pPr>
    </w:p>
    <w:p w14:paraId="285EC987" w14:textId="67BB4D79" w:rsidR="00985976" w:rsidRPr="00443DC7" w:rsidRDefault="00985976" w:rsidP="00443DC7">
      <w:pPr>
        <w:rPr>
          <w:lang w:eastAsia="ja-JP"/>
        </w:rPr>
      </w:pPr>
    </w:p>
    <w:p w14:paraId="5765FBAF" w14:textId="77777777" w:rsidR="00443DC7" w:rsidRPr="00443DC7" w:rsidRDefault="00443DC7" w:rsidP="00443DC7">
      <w:pPr>
        <w:rPr>
          <w:lang w:eastAsia="ja-JP"/>
        </w:rPr>
      </w:pPr>
    </w:p>
    <w:p w14:paraId="58339349" w14:textId="77777777" w:rsidR="007A2251" w:rsidRDefault="007A2251" w:rsidP="00443DC7">
      <w:pPr>
        <w:rPr>
          <w:lang w:eastAsia="ja-JP"/>
        </w:rPr>
      </w:pPr>
    </w:p>
    <w:p w14:paraId="1F144397" w14:textId="5C0C1FFA" w:rsidR="00915529" w:rsidRDefault="00985976" w:rsidP="00443DC7">
      <w:pPr>
        <w:rPr>
          <w:rFonts w:asciiTheme="minorEastAsia" w:eastAsiaTheme="minorEastAsia" w:hAnsiTheme="minorEastAsia"/>
          <w:b/>
          <w:sz w:val="21"/>
          <w:szCs w:val="21"/>
          <w:lang w:eastAsia="ja-JP"/>
        </w:rPr>
      </w:pPr>
      <w:r w:rsidRPr="00985976">
        <w:rPr>
          <w:rFonts w:asciiTheme="minorEastAsia" w:eastAsiaTheme="minorEastAsia" w:hAnsiTheme="minorEastAsia"/>
          <w:b/>
          <w:sz w:val="21"/>
          <w:szCs w:val="21"/>
          <w:lang w:eastAsia="ja-JP"/>
        </w:rPr>
        <w:t>2　認定対象要件の確認</w:t>
      </w:r>
    </w:p>
    <w:p w14:paraId="7B0E301C" w14:textId="77777777" w:rsidR="007A2251" w:rsidRPr="00985976" w:rsidRDefault="007A2251" w:rsidP="00443DC7">
      <w:pPr>
        <w:rPr>
          <w:rFonts w:asciiTheme="minorEastAsia" w:eastAsiaTheme="minorEastAsia" w:hAnsiTheme="minorEastAsia"/>
          <w:sz w:val="21"/>
          <w:szCs w:val="21"/>
          <w:lang w:eastAsia="ja-JP"/>
        </w:rPr>
      </w:pPr>
    </w:p>
    <w:tbl>
      <w:tblPr>
        <w:tblStyle w:val="afe"/>
        <w:tblpPr w:leftFromText="142" w:rightFromText="142" w:vertAnchor="text" w:horzAnchor="margin" w:tblpY="313"/>
        <w:tblW w:w="10231" w:type="dxa"/>
        <w:tblLayout w:type="fixed"/>
        <w:tblLook w:val="04A0" w:firstRow="1" w:lastRow="0" w:firstColumn="1" w:lastColumn="0" w:noHBand="0" w:noVBand="1"/>
      </w:tblPr>
      <w:tblGrid>
        <w:gridCol w:w="624"/>
        <w:gridCol w:w="1273"/>
        <w:gridCol w:w="8334"/>
      </w:tblGrid>
      <w:tr w:rsidR="00985976" w:rsidRPr="007A2251" w14:paraId="24B2A80F" w14:textId="77777777" w:rsidTr="00593A9F">
        <w:trPr>
          <w:cantSplit/>
          <w:tblHeader/>
        </w:trPr>
        <w:tc>
          <w:tcPr>
            <w:tcW w:w="624" w:type="dxa"/>
            <w:shd w:val="clear" w:color="auto" w:fill="F2F2F2"/>
            <w:tcMar>
              <w:top w:w="40" w:type="dxa"/>
              <w:left w:w="55" w:type="dxa"/>
              <w:bottom w:w="40" w:type="dxa"/>
              <w:right w:w="55" w:type="dxa"/>
            </w:tcMar>
            <w:vAlign w:val="center"/>
          </w:tcPr>
          <w:p w14:paraId="6771BB83" w14:textId="77777777" w:rsidR="00985976" w:rsidRPr="007A2251" w:rsidRDefault="00985976" w:rsidP="00593A9F">
            <w:pPr>
              <w:spacing w:after="0"/>
              <w:jc w:val="center"/>
              <w:rPr>
                <w:rFonts w:asciiTheme="minorEastAsia" w:eastAsiaTheme="minorEastAsia" w:hAnsiTheme="minorEastAsia"/>
                <w:sz w:val="21"/>
                <w:szCs w:val="28"/>
              </w:rPr>
            </w:pPr>
            <w:r w:rsidRPr="007A2251">
              <w:rPr>
                <w:rFonts w:asciiTheme="minorEastAsia" w:eastAsiaTheme="minorEastAsia" w:hAnsiTheme="minorEastAsia"/>
                <w:b/>
                <w:sz w:val="21"/>
                <w:szCs w:val="28"/>
              </w:rPr>
              <w:t>No.</w:t>
            </w:r>
          </w:p>
        </w:tc>
        <w:tc>
          <w:tcPr>
            <w:tcW w:w="1273" w:type="dxa"/>
            <w:shd w:val="clear" w:color="auto" w:fill="F2F2F2"/>
            <w:tcMar>
              <w:top w:w="40" w:type="dxa"/>
              <w:left w:w="55" w:type="dxa"/>
              <w:bottom w:w="40" w:type="dxa"/>
              <w:right w:w="55" w:type="dxa"/>
            </w:tcMar>
            <w:vAlign w:val="center"/>
          </w:tcPr>
          <w:p w14:paraId="1133919F" w14:textId="77777777" w:rsidR="00985976" w:rsidRPr="007A2251" w:rsidRDefault="00985976" w:rsidP="00593A9F">
            <w:pPr>
              <w:spacing w:after="0"/>
              <w:jc w:val="center"/>
              <w:rPr>
                <w:rFonts w:asciiTheme="minorEastAsia" w:eastAsiaTheme="minorEastAsia" w:hAnsiTheme="minorEastAsia"/>
                <w:sz w:val="21"/>
                <w:szCs w:val="28"/>
              </w:rPr>
            </w:pPr>
            <w:proofErr w:type="spellStart"/>
            <w:r w:rsidRPr="007A2251">
              <w:rPr>
                <w:rFonts w:asciiTheme="minorEastAsia" w:eastAsiaTheme="minorEastAsia" w:hAnsiTheme="minorEastAsia"/>
                <w:b/>
                <w:sz w:val="21"/>
                <w:szCs w:val="28"/>
              </w:rPr>
              <w:t>確認</w:t>
            </w:r>
            <w:proofErr w:type="spellEnd"/>
          </w:p>
        </w:tc>
        <w:tc>
          <w:tcPr>
            <w:tcW w:w="8334" w:type="dxa"/>
            <w:shd w:val="clear" w:color="auto" w:fill="F2F2F2"/>
            <w:tcMar>
              <w:top w:w="40" w:type="dxa"/>
              <w:left w:w="55" w:type="dxa"/>
              <w:bottom w:w="40" w:type="dxa"/>
              <w:right w:w="55" w:type="dxa"/>
            </w:tcMar>
            <w:vAlign w:val="center"/>
          </w:tcPr>
          <w:p w14:paraId="02662C00" w14:textId="77777777" w:rsidR="00985976" w:rsidRPr="007A2251" w:rsidRDefault="00985976" w:rsidP="00593A9F">
            <w:pPr>
              <w:spacing w:after="0"/>
              <w:jc w:val="center"/>
              <w:rPr>
                <w:rFonts w:asciiTheme="minorEastAsia" w:eastAsiaTheme="minorEastAsia" w:hAnsiTheme="minorEastAsia"/>
                <w:sz w:val="21"/>
                <w:szCs w:val="28"/>
              </w:rPr>
            </w:pPr>
            <w:proofErr w:type="spellStart"/>
            <w:r w:rsidRPr="007A2251">
              <w:rPr>
                <w:rFonts w:asciiTheme="minorEastAsia" w:eastAsiaTheme="minorEastAsia" w:hAnsiTheme="minorEastAsia"/>
                <w:b/>
                <w:sz w:val="21"/>
                <w:szCs w:val="28"/>
              </w:rPr>
              <w:t>確認項目</w:t>
            </w:r>
            <w:proofErr w:type="spellEnd"/>
          </w:p>
        </w:tc>
      </w:tr>
      <w:tr w:rsidR="00985976" w:rsidRPr="007A2251" w14:paraId="45503A13" w14:textId="77777777" w:rsidTr="00593A9F">
        <w:trPr>
          <w:cantSplit/>
        </w:trPr>
        <w:tc>
          <w:tcPr>
            <w:tcW w:w="624" w:type="dxa"/>
            <w:tcMar>
              <w:top w:w="40" w:type="dxa"/>
              <w:left w:w="55" w:type="dxa"/>
              <w:bottom w:w="40" w:type="dxa"/>
              <w:right w:w="55" w:type="dxa"/>
            </w:tcMar>
            <w:vAlign w:val="center"/>
          </w:tcPr>
          <w:p w14:paraId="74E619CB" w14:textId="77777777" w:rsidR="00985976" w:rsidRPr="007A2251" w:rsidRDefault="00985976" w:rsidP="00593A9F">
            <w:pPr>
              <w:spacing w:after="0"/>
              <w:jc w:val="center"/>
              <w:rPr>
                <w:rFonts w:asciiTheme="minorEastAsia" w:eastAsiaTheme="minorEastAsia" w:hAnsiTheme="minorEastAsia"/>
                <w:sz w:val="21"/>
                <w:szCs w:val="28"/>
              </w:rPr>
            </w:pPr>
            <w:r w:rsidRPr="007A2251">
              <w:rPr>
                <w:rFonts w:asciiTheme="minorEastAsia" w:eastAsiaTheme="minorEastAsia" w:hAnsiTheme="minorEastAsia"/>
                <w:sz w:val="21"/>
                <w:szCs w:val="28"/>
              </w:rPr>
              <w:t>1</w:t>
            </w:r>
          </w:p>
        </w:tc>
        <w:tc>
          <w:tcPr>
            <w:tcW w:w="1273" w:type="dxa"/>
            <w:tcMar>
              <w:top w:w="40" w:type="dxa"/>
              <w:left w:w="55" w:type="dxa"/>
              <w:bottom w:w="40" w:type="dxa"/>
              <w:right w:w="55" w:type="dxa"/>
            </w:tcMar>
            <w:vAlign w:val="center"/>
          </w:tcPr>
          <w:p w14:paraId="3A78897E" w14:textId="77777777" w:rsidR="00985976" w:rsidRPr="007A2251" w:rsidRDefault="00985976" w:rsidP="00593A9F">
            <w:pPr>
              <w:spacing w:after="0"/>
              <w:jc w:val="center"/>
              <w:rPr>
                <w:rFonts w:asciiTheme="minorEastAsia" w:eastAsiaTheme="minorEastAsia" w:hAnsiTheme="minorEastAsia"/>
                <w:sz w:val="21"/>
                <w:szCs w:val="28"/>
              </w:rPr>
            </w:pPr>
            <w:r w:rsidRPr="007A2251">
              <w:rPr>
                <w:rFonts w:asciiTheme="minorEastAsia" w:eastAsiaTheme="minorEastAsia" w:hAnsiTheme="minorEastAsia"/>
                <w:sz w:val="21"/>
                <w:szCs w:val="28"/>
              </w:rPr>
              <w:t>□</w:t>
            </w:r>
          </w:p>
        </w:tc>
        <w:tc>
          <w:tcPr>
            <w:tcW w:w="8334" w:type="dxa"/>
            <w:tcMar>
              <w:top w:w="40" w:type="dxa"/>
              <w:left w:w="55" w:type="dxa"/>
              <w:bottom w:w="40" w:type="dxa"/>
              <w:right w:w="55" w:type="dxa"/>
            </w:tcMar>
            <w:vAlign w:val="center"/>
          </w:tcPr>
          <w:p w14:paraId="3D3F6D48" w14:textId="77777777" w:rsidR="00985976" w:rsidRPr="007A2251" w:rsidRDefault="00985976" w:rsidP="00593A9F">
            <w:pPr>
              <w:spacing w:after="0"/>
              <w:rPr>
                <w:rFonts w:asciiTheme="minorEastAsia" w:eastAsiaTheme="minorEastAsia" w:hAnsiTheme="minorEastAsia"/>
                <w:sz w:val="21"/>
                <w:szCs w:val="28"/>
                <w:lang w:eastAsia="ja-JP"/>
              </w:rPr>
            </w:pPr>
            <w:r w:rsidRPr="007A2251">
              <w:rPr>
                <w:rFonts w:asciiTheme="minorEastAsia" w:eastAsiaTheme="minorEastAsia" w:hAnsiTheme="minorEastAsia"/>
                <w:sz w:val="21"/>
                <w:szCs w:val="28"/>
                <w:lang w:eastAsia="ja-JP"/>
              </w:rPr>
              <w:t>法令等に基づき適正に営業している。</w:t>
            </w:r>
          </w:p>
        </w:tc>
      </w:tr>
      <w:tr w:rsidR="00985976" w:rsidRPr="007A2251" w14:paraId="187846AF" w14:textId="77777777" w:rsidTr="00593A9F">
        <w:trPr>
          <w:cantSplit/>
        </w:trPr>
        <w:tc>
          <w:tcPr>
            <w:tcW w:w="624" w:type="dxa"/>
            <w:tcMar>
              <w:top w:w="40" w:type="dxa"/>
              <w:left w:w="55" w:type="dxa"/>
              <w:bottom w:w="40" w:type="dxa"/>
              <w:right w:w="55" w:type="dxa"/>
            </w:tcMar>
            <w:vAlign w:val="center"/>
          </w:tcPr>
          <w:p w14:paraId="222D7FBB" w14:textId="029C6829" w:rsidR="00985976" w:rsidRPr="007A2251" w:rsidRDefault="00900500" w:rsidP="00593A9F">
            <w:pPr>
              <w:spacing w:after="0"/>
              <w:jc w:val="center"/>
              <w:rPr>
                <w:rFonts w:asciiTheme="minorEastAsia" w:eastAsiaTheme="minorEastAsia" w:hAnsiTheme="minorEastAsia"/>
                <w:sz w:val="21"/>
                <w:szCs w:val="28"/>
                <w:lang w:eastAsia="ja-JP"/>
              </w:rPr>
            </w:pPr>
            <w:r>
              <w:rPr>
                <w:rFonts w:asciiTheme="minorEastAsia" w:eastAsiaTheme="minorEastAsia" w:hAnsiTheme="minorEastAsia" w:hint="eastAsia"/>
                <w:sz w:val="21"/>
                <w:szCs w:val="28"/>
                <w:lang w:eastAsia="ja-JP"/>
              </w:rPr>
              <w:t>2</w:t>
            </w:r>
          </w:p>
        </w:tc>
        <w:tc>
          <w:tcPr>
            <w:tcW w:w="1273" w:type="dxa"/>
            <w:tcMar>
              <w:top w:w="40" w:type="dxa"/>
              <w:left w:w="55" w:type="dxa"/>
              <w:bottom w:w="40" w:type="dxa"/>
              <w:right w:w="55" w:type="dxa"/>
            </w:tcMar>
            <w:vAlign w:val="center"/>
          </w:tcPr>
          <w:p w14:paraId="4689E720" w14:textId="77777777" w:rsidR="00985976" w:rsidRPr="007A2251" w:rsidRDefault="00985976" w:rsidP="00593A9F">
            <w:pPr>
              <w:spacing w:after="0"/>
              <w:jc w:val="center"/>
              <w:rPr>
                <w:rFonts w:asciiTheme="minorEastAsia" w:eastAsiaTheme="minorEastAsia" w:hAnsiTheme="minorEastAsia"/>
                <w:sz w:val="21"/>
                <w:szCs w:val="28"/>
              </w:rPr>
            </w:pPr>
            <w:r w:rsidRPr="007A2251">
              <w:rPr>
                <w:rFonts w:asciiTheme="minorEastAsia" w:eastAsiaTheme="minorEastAsia" w:hAnsiTheme="minorEastAsia"/>
                <w:sz w:val="21"/>
                <w:szCs w:val="28"/>
              </w:rPr>
              <w:t>□</w:t>
            </w:r>
          </w:p>
        </w:tc>
        <w:tc>
          <w:tcPr>
            <w:tcW w:w="8334" w:type="dxa"/>
            <w:tcMar>
              <w:top w:w="40" w:type="dxa"/>
              <w:left w:w="55" w:type="dxa"/>
              <w:bottom w:w="40" w:type="dxa"/>
              <w:right w:w="55" w:type="dxa"/>
            </w:tcMar>
            <w:vAlign w:val="center"/>
          </w:tcPr>
          <w:p w14:paraId="33748753" w14:textId="77777777" w:rsidR="00985976" w:rsidRPr="007A2251" w:rsidRDefault="00985976" w:rsidP="00593A9F">
            <w:pPr>
              <w:spacing w:after="0"/>
              <w:rPr>
                <w:rFonts w:asciiTheme="minorEastAsia" w:eastAsiaTheme="minorEastAsia" w:hAnsiTheme="minorEastAsia"/>
                <w:sz w:val="21"/>
                <w:szCs w:val="28"/>
                <w:lang w:eastAsia="ja-JP"/>
              </w:rPr>
            </w:pPr>
            <w:r w:rsidRPr="007A2251">
              <w:rPr>
                <w:rFonts w:asciiTheme="minorEastAsia" w:eastAsiaTheme="minorEastAsia" w:hAnsiTheme="minorEastAsia"/>
                <w:sz w:val="21"/>
                <w:szCs w:val="28"/>
                <w:lang w:eastAsia="ja-JP"/>
              </w:rPr>
              <w:t>暴力団又は暴力団員と密接な関係を有していない。</w:t>
            </w:r>
          </w:p>
        </w:tc>
      </w:tr>
      <w:tr w:rsidR="00985976" w:rsidRPr="007A2251" w14:paraId="018334AA" w14:textId="77777777" w:rsidTr="00593A9F">
        <w:trPr>
          <w:cantSplit/>
        </w:trPr>
        <w:tc>
          <w:tcPr>
            <w:tcW w:w="624" w:type="dxa"/>
            <w:tcMar>
              <w:top w:w="40" w:type="dxa"/>
              <w:left w:w="55" w:type="dxa"/>
              <w:bottom w:w="40" w:type="dxa"/>
              <w:right w:w="55" w:type="dxa"/>
            </w:tcMar>
            <w:vAlign w:val="center"/>
          </w:tcPr>
          <w:p w14:paraId="593C5EA5" w14:textId="5AE9AA90" w:rsidR="00985976" w:rsidRPr="007A2251" w:rsidRDefault="00900500" w:rsidP="00593A9F">
            <w:pPr>
              <w:spacing w:after="0"/>
              <w:jc w:val="center"/>
              <w:rPr>
                <w:rFonts w:asciiTheme="minorEastAsia" w:eastAsiaTheme="minorEastAsia" w:hAnsiTheme="minorEastAsia"/>
                <w:sz w:val="21"/>
                <w:szCs w:val="28"/>
                <w:lang w:eastAsia="ja-JP"/>
              </w:rPr>
            </w:pPr>
            <w:r>
              <w:rPr>
                <w:rFonts w:asciiTheme="minorEastAsia" w:eastAsiaTheme="minorEastAsia" w:hAnsiTheme="minorEastAsia" w:hint="eastAsia"/>
                <w:sz w:val="21"/>
                <w:szCs w:val="28"/>
                <w:lang w:eastAsia="ja-JP"/>
              </w:rPr>
              <w:t>3</w:t>
            </w:r>
          </w:p>
        </w:tc>
        <w:tc>
          <w:tcPr>
            <w:tcW w:w="1273" w:type="dxa"/>
            <w:tcMar>
              <w:top w:w="40" w:type="dxa"/>
              <w:left w:w="55" w:type="dxa"/>
              <w:bottom w:w="40" w:type="dxa"/>
              <w:right w:w="55" w:type="dxa"/>
            </w:tcMar>
            <w:vAlign w:val="center"/>
          </w:tcPr>
          <w:p w14:paraId="7C07CD2F" w14:textId="77777777" w:rsidR="00985976" w:rsidRPr="007A2251" w:rsidRDefault="00985976" w:rsidP="00593A9F">
            <w:pPr>
              <w:spacing w:after="0"/>
              <w:jc w:val="center"/>
              <w:rPr>
                <w:rFonts w:asciiTheme="minorEastAsia" w:eastAsiaTheme="minorEastAsia" w:hAnsiTheme="minorEastAsia"/>
                <w:sz w:val="21"/>
                <w:szCs w:val="28"/>
              </w:rPr>
            </w:pPr>
            <w:r w:rsidRPr="007A2251">
              <w:rPr>
                <w:rFonts w:asciiTheme="minorEastAsia" w:eastAsiaTheme="minorEastAsia" w:hAnsiTheme="minorEastAsia"/>
                <w:sz w:val="21"/>
                <w:szCs w:val="28"/>
              </w:rPr>
              <w:t>□</w:t>
            </w:r>
          </w:p>
        </w:tc>
        <w:tc>
          <w:tcPr>
            <w:tcW w:w="8334" w:type="dxa"/>
            <w:tcMar>
              <w:top w:w="40" w:type="dxa"/>
              <w:left w:w="55" w:type="dxa"/>
              <w:bottom w:w="40" w:type="dxa"/>
              <w:right w:w="55" w:type="dxa"/>
            </w:tcMar>
            <w:vAlign w:val="center"/>
          </w:tcPr>
          <w:p w14:paraId="52577DD5" w14:textId="77777777" w:rsidR="00985976" w:rsidRPr="007A2251" w:rsidRDefault="00985976" w:rsidP="00593A9F">
            <w:pPr>
              <w:spacing w:after="0"/>
              <w:rPr>
                <w:rFonts w:asciiTheme="minorEastAsia" w:eastAsiaTheme="minorEastAsia" w:hAnsiTheme="minorEastAsia"/>
                <w:sz w:val="21"/>
                <w:szCs w:val="28"/>
                <w:lang w:eastAsia="ja-JP"/>
              </w:rPr>
            </w:pPr>
            <w:r w:rsidRPr="007A2251">
              <w:rPr>
                <w:rFonts w:asciiTheme="minorEastAsia" w:eastAsiaTheme="minorEastAsia" w:hAnsiTheme="minorEastAsia"/>
                <w:sz w:val="21"/>
                <w:szCs w:val="28"/>
                <w:lang w:eastAsia="ja-JP"/>
              </w:rPr>
              <w:t>県税を滞納していない。</w:t>
            </w:r>
          </w:p>
        </w:tc>
      </w:tr>
      <w:tr w:rsidR="00985976" w:rsidRPr="007A2251" w14:paraId="02C72857" w14:textId="77777777" w:rsidTr="00593A9F">
        <w:trPr>
          <w:cantSplit/>
        </w:trPr>
        <w:tc>
          <w:tcPr>
            <w:tcW w:w="624" w:type="dxa"/>
            <w:tcMar>
              <w:top w:w="40" w:type="dxa"/>
              <w:left w:w="55" w:type="dxa"/>
              <w:bottom w:w="40" w:type="dxa"/>
              <w:right w:w="55" w:type="dxa"/>
            </w:tcMar>
            <w:vAlign w:val="center"/>
          </w:tcPr>
          <w:p w14:paraId="218820E5" w14:textId="5036D36E" w:rsidR="00985976" w:rsidRPr="007A2251" w:rsidRDefault="00900500" w:rsidP="00593A9F">
            <w:pPr>
              <w:spacing w:after="0"/>
              <w:jc w:val="center"/>
              <w:rPr>
                <w:rFonts w:asciiTheme="minorEastAsia" w:eastAsiaTheme="minorEastAsia" w:hAnsiTheme="minorEastAsia"/>
                <w:sz w:val="21"/>
                <w:szCs w:val="28"/>
                <w:lang w:eastAsia="ja-JP"/>
              </w:rPr>
            </w:pPr>
            <w:r>
              <w:rPr>
                <w:rFonts w:asciiTheme="minorEastAsia" w:eastAsiaTheme="minorEastAsia" w:hAnsiTheme="minorEastAsia" w:hint="eastAsia"/>
                <w:sz w:val="21"/>
                <w:szCs w:val="28"/>
                <w:lang w:eastAsia="ja-JP"/>
              </w:rPr>
              <w:t>4</w:t>
            </w:r>
          </w:p>
        </w:tc>
        <w:tc>
          <w:tcPr>
            <w:tcW w:w="1273" w:type="dxa"/>
            <w:tcMar>
              <w:top w:w="40" w:type="dxa"/>
              <w:left w:w="55" w:type="dxa"/>
              <w:bottom w:w="40" w:type="dxa"/>
              <w:right w:w="55" w:type="dxa"/>
            </w:tcMar>
            <w:vAlign w:val="center"/>
          </w:tcPr>
          <w:p w14:paraId="7E62C170" w14:textId="77777777" w:rsidR="00985976" w:rsidRPr="007A2251" w:rsidRDefault="00985976" w:rsidP="00593A9F">
            <w:pPr>
              <w:spacing w:after="0"/>
              <w:jc w:val="center"/>
              <w:rPr>
                <w:rFonts w:asciiTheme="minorEastAsia" w:eastAsiaTheme="minorEastAsia" w:hAnsiTheme="minorEastAsia"/>
                <w:sz w:val="21"/>
                <w:szCs w:val="28"/>
              </w:rPr>
            </w:pPr>
            <w:r w:rsidRPr="007A2251">
              <w:rPr>
                <w:rFonts w:asciiTheme="minorEastAsia" w:eastAsiaTheme="minorEastAsia" w:hAnsiTheme="minorEastAsia"/>
                <w:sz w:val="21"/>
                <w:szCs w:val="28"/>
              </w:rPr>
              <w:t>□</w:t>
            </w:r>
          </w:p>
        </w:tc>
        <w:tc>
          <w:tcPr>
            <w:tcW w:w="8334" w:type="dxa"/>
            <w:tcMar>
              <w:top w:w="40" w:type="dxa"/>
              <w:left w:w="55" w:type="dxa"/>
              <w:bottom w:w="40" w:type="dxa"/>
              <w:right w:w="55" w:type="dxa"/>
            </w:tcMar>
            <w:vAlign w:val="center"/>
          </w:tcPr>
          <w:p w14:paraId="2DA3DFA2" w14:textId="77777777" w:rsidR="00985976" w:rsidRPr="007A2251" w:rsidRDefault="00985976" w:rsidP="00593A9F">
            <w:pPr>
              <w:spacing w:after="0"/>
              <w:rPr>
                <w:rFonts w:asciiTheme="minorEastAsia" w:eastAsiaTheme="minorEastAsia" w:hAnsiTheme="minorEastAsia"/>
                <w:sz w:val="21"/>
                <w:szCs w:val="28"/>
                <w:lang w:eastAsia="ja-JP"/>
              </w:rPr>
            </w:pPr>
            <w:r w:rsidRPr="007A2251">
              <w:rPr>
                <w:rFonts w:asciiTheme="minorEastAsia" w:eastAsiaTheme="minorEastAsia" w:hAnsiTheme="minorEastAsia"/>
                <w:sz w:val="21"/>
                <w:szCs w:val="28"/>
                <w:lang w:eastAsia="ja-JP"/>
              </w:rPr>
              <w:t>本制度の趣旨に賛同し、県が行うユニバーサルツーリズムの推進に協力する意思を有する。</w:t>
            </w:r>
          </w:p>
        </w:tc>
      </w:tr>
    </w:tbl>
    <w:p w14:paraId="2D6346F5" w14:textId="39FECC4D" w:rsidR="00915529" w:rsidRDefault="0026140E" w:rsidP="0089341B">
      <w:pPr>
        <w:spacing w:after="40"/>
        <w:ind w:firstLineChars="100" w:firstLine="210"/>
        <w:rPr>
          <w:rFonts w:asciiTheme="minorEastAsia" w:eastAsiaTheme="minorEastAsia" w:hAnsiTheme="minorEastAsia"/>
          <w:sz w:val="21"/>
          <w:szCs w:val="21"/>
          <w:lang w:eastAsia="ja-JP"/>
        </w:rPr>
      </w:pPr>
      <w:r w:rsidRPr="00985976">
        <w:rPr>
          <w:rFonts w:asciiTheme="minorEastAsia" w:eastAsiaTheme="minorEastAsia" w:hAnsiTheme="minorEastAsia"/>
          <w:sz w:val="21"/>
          <w:szCs w:val="21"/>
          <w:lang w:eastAsia="ja-JP"/>
        </w:rPr>
        <w:t>次の各項目を確認し、該当する場合はチェックしてください。</w:t>
      </w:r>
    </w:p>
    <w:p w14:paraId="44A29417" w14:textId="77777777" w:rsidR="007A2251" w:rsidRDefault="007A2251">
      <w:pPr>
        <w:spacing w:after="40"/>
        <w:rPr>
          <w:rFonts w:asciiTheme="minorEastAsia" w:eastAsiaTheme="minorEastAsia" w:hAnsiTheme="minorEastAsia"/>
          <w:sz w:val="21"/>
          <w:szCs w:val="21"/>
          <w:lang w:eastAsia="ja-JP"/>
        </w:rPr>
      </w:pPr>
    </w:p>
    <w:p w14:paraId="1A816CDF" w14:textId="77777777" w:rsidR="007A2251" w:rsidRDefault="007A2251">
      <w:pPr>
        <w:spacing w:after="40"/>
        <w:rPr>
          <w:rFonts w:asciiTheme="minorEastAsia" w:eastAsiaTheme="minorEastAsia" w:hAnsiTheme="minorEastAsia"/>
          <w:sz w:val="21"/>
          <w:szCs w:val="21"/>
          <w:lang w:eastAsia="ja-JP"/>
        </w:rPr>
      </w:pPr>
    </w:p>
    <w:p w14:paraId="6354A5E6" w14:textId="77777777" w:rsidR="007A2251" w:rsidRPr="00985976" w:rsidRDefault="007A2251">
      <w:pPr>
        <w:spacing w:after="40"/>
        <w:rPr>
          <w:rFonts w:asciiTheme="minorEastAsia" w:eastAsiaTheme="minorEastAsia" w:hAnsiTheme="minorEastAsia"/>
          <w:sz w:val="21"/>
          <w:szCs w:val="21"/>
          <w:lang w:eastAsia="ja-JP"/>
        </w:rPr>
      </w:pPr>
    </w:p>
    <w:p w14:paraId="54A5E512" w14:textId="337E32A2" w:rsidR="00915529" w:rsidRDefault="0026140E" w:rsidP="00045523">
      <w:pPr>
        <w:rPr>
          <w:rFonts w:asciiTheme="minorEastAsia" w:eastAsiaTheme="minorEastAsia" w:hAnsiTheme="minorEastAsia"/>
          <w:b/>
          <w:bCs/>
          <w:sz w:val="21"/>
          <w:szCs w:val="24"/>
          <w:lang w:eastAsia="ja-JP"/>
        </w:rPr>
      </w:pPr>
      <w:r w:rsidRPr="00985976">
        <w:rPr>
          <w:rFonts w:asciiTheme="minorEastAsia" w:eastAsiaTheme="minorEastAsia" w:hAnsiTheme="minorEastAsia"/>
          <w:sz w:val="21"/>
          <w:szCs w:val="21"/>
          <w:lang w:eastAsia="ja-JP"/>
        </w:rPr>
        <w:br w:type="page"/>
      </w:r>
      <w:r w:rsidRPr="007A2251">
        <w:rPr>
          <w:rFonts w:asciiTheme="minorEastAsia" w:eastAsiaTheme="minorEastAsia" w:hAnsiTheme="minorEastAsia"/>
          <w:b/>
          <w:bCs/>
          <w:sz w:val="21"/>
          <w:szCs w:val="24"/>
          <w:lang w:eastAsia="ja-JP"/>
        </w:rPr>
        <w:lastRenderedPageBreak/>
        <w:t>3　9つのおもてなしに係る取組状況</w:t>
      </w:r>
    </w:p>
    <w:p w14:paraId="108A9730" w14:textId="77777777" w:rsidR="007A2251" w:rsidRPr="007A2251" w:rsidRDefault="007A2251" w:rsidP="00045523">
      <w:pPr>
        <w:rPr>
          <w:rFonts w:asciiTheme="minorEastAsia" w:eastAsiaTheme="minorEastAsia" w:hAnsiTheme="minorEastAsia"/>
          <w:sz w:val="21"/>
          <w:szCs w:val="21"/>
          <w:lang w:eastAsia="ja-JP"/>
        </w:rPr>
      </w:pPr>
    </w:p>
    <w:p w14:paraId="4EFBE9B0" w14:textId="77777777" w:rsidR="0089341B" w:rsidRDefault="0026140E" w:rsidP="0089341B">
      <w:pPr>
        <w:spacing w:after="40"/>
        <w:ind w:firstLineChars="100" w:firstLine="210"/>
        <w:rPr>
          <w:rFonts w:asciiTheme="minorEastAsia" w:eastAsiaTheme="minorEastAsia" w:hAnsiTheme="minorEastAsia"/>
          <w:sz w:val="21"/>
          <w:szCs w:val="28"/>
          <w:lang w:eastAsia="ja-JP"/>
        </w:rPr>
      </w:pPr>
      <w:r w:rsidRPr="00A37DFC">
        <w:rPr>
          <w:rFonts w:asciiTheme="minorEastAsia" w:eastAsiaTheme="minorEastAsia" w:hAnsiTheme="minorEastAsia"/>
          <w:sz w:val="21"/>
          <w:szCs w:val="28"/>
          <w:lang w:eastAsia="ja-JP"/>
        </w:rPr>
        <w:t>次の9項目について、施設として対応できる内容を確認し、該当欄にチェックしてください。</w:t>
      </w:r>
    </w:p>
    <w:p w14:paraId="094B4A61" w14:textId="046C6F71" w:rsidR="00915529" w:rsidRPr="00A37DFC" w:rsidRDefault="0026140E" w:rsidP="0089341B">
      <w:pPr>
        <w:spacing w:after="40"/>
        <w:ind w:firstLineChars="100" w:firstLine="210"/>
        <w:rPr>
          <w:rFonts w:asciiTheme="minorEastAsia" w:eastAsiaTheme="minorEastAsia" w:hAnsiTheme="minorEastAsia"/>
          <w:sz w:val="21"/>
          <w:szCs w:val="28"/>
          <w:lang w:eastAsia="ja-JP"/>
        </w:rPr>
      </w:pPr>
      <w:r w:rsidRPr="00A37DFC">
        <w:rPr>
          <w:rFonts w:asciiTheme="minorEastAsia" w:eastAsiaTheme="minorEastAsia" w:hAnsiTheme="minorEastAsia"/>
          <w:sz w:val="21"/>
          <w:szCs w:val="28"/>
          <w:lang w:eastAsia="ja-JP"/>
        </w:rPr>
        <w:t>取組内容は、現在行っている対応又は申請後に認定までに整える内容を簡潔に記載してください。</w:t>
      </w:r>
    </w:p>
    <w:tbl>
      <w:tblPr>
        <w:tblStyle w:val="afe"/>
        <w:tblW w:w="10400" w:type="dxa"/>
        <w:jc w:val="center"/>
        <w:tblLayout w:type="fixed"/>
        <w:tblLook w:val="04A0" w:firstRow="1" w:lastRow="0" w:firstColumn="1" w:lastColumn="0" w:noHBand="0" w:noVBand="1"/>
      </w:tblPr>
      <w:tblGrid>
        <w:gridCol w:w="624"/>
        <w:gridCol w:w="1741"/>
        <w:gridCol w:w="3726"/>
        <w:gridCol w:w="1418"/>
        <w:gridCol w:w="2891"/>
      </w:tblGrid>
      <w:tr w:rsidR="00915529" w:rsidRPr="007A2251" w14:paraId="4185DF35" w14:textId="77777777" w:rsidTr="00934EC8">
        <w:trPr>
          <w:cantSplit/>
          <w:trHeight w:val="227"/>
          <w:tblHeader/>
          <w:jc w:val="center"/>
        </w:trPr>
        <w:tc>
          <w:tcPr>
            <w:tcW w:w="624" w:type="dxa"/>
            <w:shd w:val="clear" w:color="auto" w:fill="D9EAF7"/>
            <w:tcMar>
              <w:top w:w="40" w:type="dxa"/>
              <w:left w:w="55" w:type="dxa"/>
              <w:bottom w:w="40" w:type="dxa"/>
              <w:right w:w="55" w:type="dxa"/>
            </w:tcMar>
            <w:vAlign w:val="center"/>
          </w:tcPr>
          <w:p w14:paraId="28712C81" w14:textId="77777777" w:rsidR="009810E1" w:rsidRPr="007A2251" w:rsidRDefault="0026140E">
            <w:pPr>
              <w:spacing w:after="0"/>
              <w:jc w:val="center"/>
              <w:rPr>
                <w:rFonts w:asciiTheme="minorEastAsia" w:eastAsiaTheme="minorEastAsia" w:hAnsiTheme="minorEastAsia"/>
                <w:sz w:val="21"/>
                <w:szCs w:val="32"/>
              </w:rPr>
            </w:pPr>
            <w:r w:rsidRPr="007A2251">
              <w:rPr>
                <w:rFonts w:asciiTheme="minorEastAsia" w:eastAsiaTheme="minorEastAsia" w:hAnsiTheme="minorEastAsia"/>
                <w:b/>
                <w:sz w:val="21"/>
                <w:szCs w:val="32"/>
              </w:rPr>
              <w:t>No.</w:t>
            </w:r>
          </w:p>
        </w:tc>
        <w:tc>
          <w:tcPr>
            <w:tcW w:w="1741" w:type="dxa"/>
            <w:shd w:val="clear" w:color="auto" w:fill="D9EAF7"/>
            <w:tcMar>
              <w:top w:w="40" w:type="dxa"/>
              <w:left w:w="55" w:type="dxa"/>
              <w:bottom w:w="40" w:type="dxa"/>
              <w:right w:w="55" w:type="dxa"/>
            </w:tcMar>
            <w:vAlign w:val="center"/>
          </w:tcPr>
          <w:p w14:paraId="18C50C5C" w14:textId="77777777" w:rsidR="009810E1" w:rsidRPr="007A2251" w:rsidRDefault="0026140E">
            <w:pPr>
              <w:spacing w:after="0"/>
              <w:jc w:val="center"/>
              <w:rPr>
                <w:rFonts w:asciiTheme="minorEastAsia" w:eastAsiaTheme="minorEastAsia" w:hAnsiTheme="minorEastAsia"/>
                <w:sz w:val="21"/>
                <w:szCs w:val="32"/>
              </w:rPr>
            </w:pPr>
            <w:r w:rsidRPr="007A2251">
              <w:rPr>
                <w:rFonts w:asciiTheme="minorEastAsia" w:eastAsiaTheme="minorEastAsia" w:hAnsiTheme="minorEastAsia"/>
                <w:b/>
                <w:sz w:val="21"/>
                <w:szCs w:val="32"/>
              </w:rPr>
              <w:t>区分</w:t>
            </w:r>
          </w:p>
        </w:tc>
        <w:tc>
          <w:tcPr>
            <w:tcW w:w="3726" w:type="dxa"/>
            <w:shd w:val="clear" w:color="auto" w:fill="D9EAF7"/>
            <w:tcMar>
              <w:top w:w="40" w:type="dxa"/>
              <w:left w:w="55" w:type="dxa"/>
              <w:bottom w:w="40" w:type="dxa"/>
              <w:right w:w="55" w:type="dxa"/>
            </w:tcMar>
            <w:vAlign w:val="center"/>
          </w:tcPr>
          <w:p w14:paraId="5A77E170" w14:textId="31897077" w:rsidR="009810E1" w:rsidRPr="007A2251" w:rsidRDefault="0026140E">
            <w:pPr>
              <w:spacing w:after="0"/>
              <w:jc w:val="center"/>
              <w:rPr>
                <w:rFonts w:asciiTheme="minorEastAsia" w:eastAsiaTheme="minorEastAsia" w:hAnsiTheme="minorEastAsia"/>
                <w:sz w:val="21"/>
                <w:szCs w:val="32"/>
                <w:lang w:eastAsia="ja-JP"/>
              </w:rPr>
            </w:pPr>
            <w:r w:rsidRPr="007A2251">
              <w:rPr>
                <w:rFonts w:asciiTheme="minorEastAsia" w:eastAsiaTheme="minorEastAsia" w:hAnsiTheme="minorEastAsia"/>
                <w:b/>
                <w:sz w:val="21"/>
                <w:szCs w:val="32"/>
                <w:lang w:eastAsia="ja-JP"/>
              </w:rPr>
              <w:t>認定基準（施設としてできること）</w:t>
            </w:r>
          </w:p>
        </w:tc>
        <w:tc>
          <w:tcPr>
            <w:tcW w:w="1418" w:type="dxa"/>
            <w:shd w:val="clear" w:color="auto" w:fill="D9EAF7"/>
            <w:tcMar>
              <w:top w:w="40" w:type="dxa"/>
              <w:left w:w="55" w:type="dxa"/>
              <w:bottom w:w="40" w:type="dxa"/>
              <w:right w:w="55" w:type="dxa"/>
            </w:tcMar>
            <w:vAlign w:val="center"/>
          </w:tcPr>
          <w:p w14:paraId="4410727C" w14:textId="77777777" w:rsidR="009810E1" w:rsidRPr="007A2251" w:rsidRDefault="0026140E">
            <w:pPr>
              <w:spacing w:after="0"/>
              <w:jc w:val="center"/>
              <w:rPr>
                <w:rFonts w:asciiTheme="minorEastAsia" w:eastAsiaTheme="minorEastAsia" w:hAnsiTheme="minorEastAsia"/>
                <w:sz w:val="21"/>
                <w:szCs w:val="32"/>
              </w:rPr>
            </w:pPr>
            <w:proofErr w:type="spellStart"/>
            <w:r w:rsidRPr="007A2251">
              <w:rPr>
                <w:rFonts w:asciiTheme="minorEastAsia" w:eastAsiaTheme="minorEastAsia" w:hAnsiTheme="minorEastAsia"/>
                <w:b/>
                <w:sz w:val="21"/>
                <w:szCs w:val="32"/>
              </w:rPr>
              <w:t>申請者確認</w:t>
            </w:r>
            <w:proofErr w:type="spellEnd"/>
          </w:p>
        </w:tc>
        <w:tc>
          <w:tcPr>
            <w:tcW w:w="2891" w:type="dxa"/>
            <w:shd w:val="clear" w:color="auto" w:fill="D9EAF7"/>
            <w:tcMar>
              <w:top w:w="40" w:type="dxa"/>
              <w:left w:w="55" w:type="dxa"/>
              <w:bottom w:w="40" w:type="dxa"/>
              <w:right w:w="55" w:type="dxa"/>
            </w:tcMar>
            <w:vAlign w:val="center"/>
          </w:tcPr>
          <w:p w14:paraId="4604CEFF" w14:textId="77777777" w:rsidR="009810E1" w:rsidRPr="007A2251" w:rsidRDefault="0026140E">
            <w:pPr>
              <w:spacing w:after="0"/>
              <w:jc w:val="center"/>
              <w:rPr>
                <w:rFonts w:asciiTheme="minorEastAsia" w:eastAsiaTheme="minorEastAsia" w:hAnsiTheme="minorEastAsia"/>
                <w:sz w:val="21"/>
                <w:szCs w:val="32"/>
              </w:rPr>
            </w:pPr>
            <w:r w:rsidRPr="007A2251">
              <w:rPr>
                <w:rFonts w:asciiTheme="minorEastAsia" w:eastAsiaTheme="minorEastAsia" w:hAnsiTheme="minorEastAsia"/>
                <w:b/>
                <w:sz w:val="21"/>
                <w:szCs w:val="32"/>
              </w:rPr>
              <w:t>申請時の確認方法</w:t>
            </w:r>
          </w:p>
        </w:tc>
      </w:tr>
      <w:tr w:rsidR="00915529" w:rsidRPr="007A2251" w14:paraId="2FAEDB41" w14:textId="77777777" w:rsidTr="00934EC8">
        <w:trPr>
          <w:cantSplit/>
          <w:jc w:val="center"/>
        </w:trPr>
        <w:tc>
          <w:tcPr>
            <w:tcW w:w="624" w:type="dxa"/>
            <w:tcMar>
              <w:top w:w="40" w:type="dxa"/>
              <w:left w:w="55" w:type="dxa"/>
              <w:bottom w:w="40" w:type="dxa"/>
              <w:right w:w="55" w:type="dxa"/>
            </w:tcMar>
            <w:vAlign w:val="center"/>
          </w:tcPr>
          <w:p w14:paraId="47D0D489" w14:textId="77777777" w:rsidR="009810E1" w:rsidRPr="007A2251" w:rsidRDefault="0026140E" w:rsidP="007A2251">
            <w:pPr>
              <w:spacing w:after="0"/>
              <w:jc w:val="center"/>
              <w:rPr>
                <w:rFonts w:asciiTheme="minorEastAsia" w:eastAsiaTheme="minorEastAsia" w:hAnsiTheme="minorEastAsia"/>
                <w:sz w:val="21"/>
                <w:szCs w:val="32"/>
              </w:rPr>
            </w:pPr>
            <w:r w:rsidRPr="007A2251">
              <w:rPr>
                <w:rFonts w:asciiTheme="minorEastAsia" w:eastAsiaTheme="minorEastAsia" w:hAnsiTheme="minorEastAsia"/>
                <w:sz w:val="21"/>
                <w:szCs w:val="32"/>
              </w:rPr>
              <w:t>1</w:t>
            </w:r>
          </w:p>
        </w:tc>
        <w:tc>
          <w:tcPr>
            <w:tcW w:w="1741" w:type="dxa"/>
            <w:tcMar>
              <w:top w:w="40" w:type="dxa"/>
              <w:left w:w="55" w:type="dxa"/>
              <w:bottom w:w="40" w:type="dxa"/>
              <w:right w:w="55" w:type="dxa"/>
            </w:tcMar>
            <w:vAlign w:val="center"/>
          </w:tcPr>
          <w:p w14:paraId="31767545" w14:textId="77777777" w:rsidR="009810E1" w:rsidRPr="007A2251" w:rsidRDefault="0026140E" w:rsidP="007A2251">
            <w:pPr>
              <w:spacing w:after="0"/>
              <w:jc w:val="center"/>
              <w:rPr>
                <w:rFonts w:asciiTheme="minorEastAsia" w:eastAsiaTheme="minorEastAsia" w:hAnsiTheme="minorEastAsia"/>
                <w:sz w:val="21"/>
                <w:szCs w:val="32"/>
              </w:rPr>
            </w:pPr>
            <w:r w:rsidRPr="007A2251">
              <w:rPr>
                <w:rFonts w:asciiTheme="minorEastAsia" w:eastAsiaTheme="minorEastAsia" w:hAnsiTheme="minorEastAsia"/>
                <w:sz w:val="21"/>
                <w:szCs w:val="32"/>
              </w:rPr>
              <w:t>心</w:t>
            </w:r>
          </w:p>
        </w:tc>
        <w:tc>
          <w:tcPr>
            <w:tcW w:w="3726" w:type="dxa"/>
            <w:tcMar>
              <w:top w:w="40" w:type="dxa"/>
              <w:left w:w="55" w:type="dxa"/>
              <w:bottom w:w="40" w:type="dxa"/>
              <w:right w:w="55" w:type="dxa"/>
            </w:tcMar>
            <w:vAlign w:val="center"/>
          </w:tcPr>
          <w:p w14:paraId="287DA851" w14:textId="7BB46679" w:rsidR="009810E1" w:rsidRPr="007A2251" w:rsidRDefault="0026140E" w:rsidP="007A2251">
            <w:pPr>
              <w:spacing w:after="0"/>
              <w:rPr>
                <w:rFonts w:asciiTheme="minorEastAsia" w:eastAsiaTheme="minorEastAsia" w:hAnsiTheme="minorEastAsia"/>
                <w:sz w:val="21"/>
                <w:szCs w:val="32"/>
                <w:lang w:eastAsia="ja-JP"/>
              </w:rPr>
            </w:pPr>
            <w:r w:rsidRPr="007A2251">
              <w:rPr>
                <w:rFonts w:asciiTheme="minorEastAsia" w:eastAsiaTheme="minorEastAsia" w:hAnsiTheme="minorEastAsia"/>
                <w:sz w:val="21"/>
                <w:szCs w:val="32"/>
                <w:lang w:eastAsia="ja-JP"/>
              </w:rPr>
              <w:t>観光庁の「観光施設における心のバリアフリー認定制度」の認定を受けている。</w:t>
            </w:r>
          </w:p>
        </w:tc>
        <w:tc>
          <w:tcPr>
            <w:tcW w:w="1418" w:type="dxa"/>
            <w:tcMar>
              <w:top w:w="40" w:type="dxa"/>
              <w:left w:w="55" w:type="dxa"/>
              <w:bottom w:w="40" w:type="dxa"/>
              <w:right w:w="55" w:type="dxa"/>
            </w:tcMar>
            <w:vAlign w:val="center"/>
          </w:tcPr>
          <w:p w14:paraId="77AEF381" w14:textId="77777777" w:rsidR="009810E1" w:rsidRPr="007A2251" w:rsidRDefault="0026140E" w:rsidP="007A2251">
            <w:pPr>
              <w:spacing w:after="0"/>
              <w:jc w:val="center"/>
              <w:rPr>
                <w:rFonts w:asciiTheme="minorEastAsia" w:eastAsiaTheme="minorEastAsia" w:hAnsiTheme="minorEastAsia"/>
                <w:sz w:val="21"/>
                <w:szCs w:val="32"/>
              </w:rPr>
            </w:pPr>
            <w:r w:rsidRPr="007A2251">
              <w:rPr>
                <w:rFonts w:asciiTheme="minorEastAsia" w:eastAsiaTheme="minorEastAsia" w:hAnsiTheme="minorEastAsia"/>
                <w:sz w:val="21"/>
                <w:szCs w:val="32"/>
              </w:rPr>
              <w:t xml:space="preserve">□ </w:t>
            </w:r>
            <w:proofErr w:type="spellStart"/>
            <w:r w:rsidRPr="007A2251">
              <w:rPr>
                <w:rFonts w:asciiTheme="minorEastAsia" w:eastAsiaTheme="minorEastAsia" w:hAnsiTheme="minorEastAsia"/>
                <w:sz w:val="21"/>
                <w:szCs w:val="32"/>
              </w:rPr>
              <w:t>実施</w:t>
            </w:r>
            <w:proofErr w:type="spellEnd"/>
          </w:p>
        </w:tc>
        <w:tc>
          <w:tcPr>
            <w:tcW w:w="2891" w:type="dxa"/>
            <w:tcMar>
              <w:top w:w="40" w:type="dxa"/>
              <w:left w:w="55" w:type="dxa"/>
              <w:bottom w:w="40" w:type="dxa"/>
              <w:right w:w="55" w:type="dxa"/>
            </w:tcMar>
            <w:vAlign w:val="center"/>
          </w:tcPr>
          <w:p w14:paraId="4EDED50E" w14:textId="77777777" w:rsidR="009810E1" w:rsidRPr="007A2251" w:rsidRDefault="0026140E" w:rsidP="007A2251">
            <w:pPr>
              <w:spacing w:after="0"/>
              <w:rPr>
                <w:rFonts w:asciiTheme="minorEastAsia" w:eastAsiaTheme="minorEastAsia" w:hAnsiTheme="minorEastAsia"/>
                <w:sz w:val="21"/>
                <w:szCs w:val="32"/>
                <w:lang w:eastAsia="ja-JP"/>
              </w:rPr>
            </w:pPr>
            <w:r w:rsidRPr="007A2251">
              <w:rPr>
                <w:rFonts w:asciiTheme="minorEastAsia" w:eastAsiaTheme="minorEastAsia" w:hAnsiTheme="minorEastAsia"/>
                <w:sz w:val="21"/>
                <w:szCs w:val="32"/>
                <w:lang w:eastAsia="ja-JP"/>
              </w:rPr>
              <w:t>認定番号を記載</w:t>
            </w:r>
          </w:p>
          <w:p w14:paraId="0DC09207" w14:textId="2292D522" w:rsidR="00DD6399" w:rsidRPr="007A2251" w:rsidRDefault="00DD6399" w:rsidP="007A2251">
            <w:pPr>
              <w:spacing w:after="0"/>
              <w:rPr>
                <w:rFonts w:asciiTheme="minorEastAsia" w:eastAsiaTheme="minorEastAsia" w:hAnsiTheme="minorEastAsia"/>
                <w:sz w:val="21"/>
                <w:szCs w:val="32"/>
                <w:lang w:eastAsia="ja-JP"/>
              </w:rPr>
            </w:pPr>
            <w:r w:rsidRPr="007A2251">
              <w:rPr>
                <w:rFonts w:asciiTheme="minorEastAsia" w:eastAsiaTheme="minorEastAsia" w:hAnsiTheme="minorEastAsia" w:hint="eastAsia"/>
                <w:sz w:val="21"/>
                <w:szCs w:val="32"/>
                <w:lang w:eastAsia="ja-JP"/>
              </w:rPr>
              <w:t>（</w:t>
            </w:r>
            <w:r w:rsidR="00C50A8F">
              <w:rPr>
                <w:rFonts w:asciiTheme="minorEastAsia" w:eastAsiaTheme="minorEastAsia" w:hAnsiTheme="minorEastAsia" w:hint="eastAsia"/>
                <w:sz w:val="21"/>
                <w:szCs w:val="32"/>
                <w:lang w:eastAsia="ja-JP"/>
              </w:rPr>
              <w:t xml:space="preserve"> </w:t>
            </w:r>
            <w:r w:rsidR="004D7076" w:rsidRPr="007A2251">
              <w:rPr>
                <w:rFonts w:asciiTheme="minorEastAsia" w:eastAsiaTheme="minorEastAsia" w:hAnsiTheme="minorEastAsia"/>
                <w:color w:val="000000" w:themeColor="text1"/>
                <w:sz w:val="21"/>
                <w:szCs w:val="32"/>
                <w:lang w:eastAsia="ja-JP"/>
              </w:rPr>
              <w:t>申請施設</w:t>
            </w:r>
            <w:r w:rsidR="00350E59" w:rsidRPr="007A2251">
              <w:rPr>
                <w:rFonts w:asciiTheme="minorEastAsia" w:eastAsiaTheme="minorEastAsia" w:hAnsiTheme="minorEastAsia" w:hint="eastAsia"/>
                <w:color w:val="000000" w:themeColor="text1"/>
                <w:sz w:val="21"/>
                <w:szCs w:val="32"/>
                <w:lang w:eastAsia="ja-JP"/>
              </w:rPr>
              <w:t>の</w:t>
            </w:r>
            <w:r w:rsidR="004D7076" w:rsidRPr="007A2251">
              <w:rPr>
                <w:rFonts w:asciiTheme="minorEastAsia" w:eastAsiaTheme="minorEastAsia" w:hAnsiTheme="minorEastAsia"/>
                <w:color w:val="000000" w:themeColor="text1"/>
                <w:sz w:val="21"/>
                <w:szCs w:val="32"/>
                <w:lang w:eastAsia="ja-JP"/>
              </w:rPr>
              <w:t>概要</w:t>
            </w:r>
            <w:r w:rsidR="00350E59" w:rsidRPr="007A2251">
              <w:rPr>
                <w:rFonts w:asciiTheme="minorEastAsia" w:eastAsiaTheme="minorEastAsia" w:hAnsiTheme="minorEastAsia" w:hint="eastAsia"/>
                <w:color w:val="000000" w:themeColor="text1"/>
                <w:sz w:val="21"/>
                <w:szCs w:val="32"/>
                <w:lang w:eastAsia="ja-JP"/>
              </w:rPr>
              <w:t>で</w:t>
            </w:r>
            <w:r w:rsidR="00350E59" w:rsidRPr="00C50A8F">
              <w:rPr>
                <w:rFonts w:asciiTheme="minorEastAsia" w:eastAsiaTheme="minorEastAsia" w:hAnsiTheme="minorEastAsia" w:hint="eastAsia"/>
                <w:color w:val="000000" w:themeColor="text1"/>
                <w:sz w:val="21"/>
                <w:szCs w:val="32"/>
                <w:lang w:eastAsia="ja-JP"/>
              </w:rPr>
              <w:t xml:space="preserve">確認 </w:t>
            </w:r>
            <w:r w:rsidR="00C50A8F" w:rsidRPr="00C50A8F">
              <w:rPr>
                <w:rFonts w:asciiTheme="minorEastAsia" w:eastAsiaTheme="minorEastAsia" w:hAnsiTheme="minorEastAsia" w:hint="eastAsia"/>
                <w:color w:val="000000" w:themeColor="text1"/>
                <w:sz w:val="21"/>
                <w:szCs w:val="32"/>
                <w:lang w:eastAsia="ja-JP"/>
              </w:rPr>
              <w:t>）</w:t>
            </w:r>
          </w:p>
        </w:tc>
      </w:tr>
      <w:tr w:rsidR="00915529" w:rsidRPr="007A2251" w14:paraId="5D467642" w14:textId="77777777" w:rsidTr="00934EC8">
        <w:trPr>
          <w:cantSplit/>
          <w:jc w:val="center"/>
        </w:trPr>
        <w:tc>
          <w:tcPr>
            <w:tcW w:w="624" w:type="dxa"/>
            <w:tcMar>
              <w:top w:w="40" w:type="dxa"/>
              <w:left w:w="55" w:type="dxa"/>
              <w:bottom w:w="40" w:type="dxa"/>
              <w:right w:w="55" w:type="dxa"/>
            </w:tcMar>
            <w:vAlign w:val="center"/>
          </w:tcPr>
          <w:p w14:paraId="621E15BE" w14:textId="77777777" w:rsidR="009810E1" w:rsidRPr="007A2251" w:rsidRDefault="0026140E" w:rsidP="007A2251">
            <w:pPr>
              <w:spacing w:after="0"/>
              <w:jc w:val="center"/>
              <w:rPr>
                <w:rFonts w:asciiTheme="minorEastAsia" w:eastAsiaTheme="minorEastAsia" w:hAnsiTheme="minorEastAsia"/>
                <w:sz w:val="21"/>
                <w:szCs w:val="32"/>
              </w:rPr>
            </w:pPr>
            <w:r w:rsidRPr="007A2251">
              <w:rPr>
                <w:rFonts w:asciiTheme="minorEastAsia" w:eastAsiaTheme="minorEastAsia" w:hAnsiTheme="minorEastAsia"/>
                <w:sz w:val="21"/>
                <w:szCs w:val="32"/>
              </w:rPr>
              <w:t>2</w:t>
            </w:r>
          </w:p>
        </w:tc>
        <w:tc>
          <w:tcPr>
            <w:tcW w:w="1741" w:type="dxa"/>
            <w:tcMar>
              <w:top w:w="40" w:type="dxa"/>
              <w:left w:w="55" w:type="dxa"/>
              <w:bottom w:w="40" w:type="dxa"/>
              <w:right w:w="55" w:type="dxa"/>
            </w:tcMar>
            <w:vAlign w:val="center"/>
          </w:tcPr>
          <w:p w14:paraId="3734FEA7" w14:textId="77777777" w:rsidR="009810E1" w:rsidRPr="007A2251" w:rsidRDefault="0026140E" w:rsidP="007A2251">
            <w:pPr>
              <w:spacing w:after="0"/>
              <w:jc w:val="center"/>
              <w:rPr>
                <w:rFonts w:asciiTheme="minorEastAsia" w:eastAsiaTheme="minorEastAsia" w:hAnsiTheme="minorEastAsia"/>
                <w:sz w:val="21"/>
                <w:szCs w:val="32"/>
              </w:rPr>
            </w:pPr>
            <w:r w:rsidRPr="007A2251">
              <w:rPr>
                <w:rFonts w:asciiTheme="minorEastAsia" w:eastAsiaTheme="minorEastAsia" w:hAnsiTheme="minorEastAsia"/>
                <w:sz w:val="21"/>
                <w:szCs w:val="32"/>
              </w:rPr>
              <w:t>会話</w:t>
            </w:r>
          </w:p>
        </w:tc>
        <w:tc>
          <w:tcPr>
            <w:tcW w:w="3726" w:type="dxa"/>
            <w:tcMar>
              <w:top w:w="40" w:type="dxa"/>
              <w:left w:w="55" w:type="dxa"/>
              <w:bottom w:w="40" w:type="dxa"/>
              <w:right w:w="55" w:type="dxa"/>
            </w:tcMar>
            <w:vAlign w:val="center"/>
          </w:tcPr>
          <w:p w14:paraId="071A2456" w14:textId="3BF76C93" w:rsidR="009810E1" w:rsidRPr="007A2251" w:rsidRDefault="0026140E" w:rsidP="007A2251">
            <w:pPr>
              <w:spacing w:after="0"/>
              <w:rPr>
                <w:rFonts w:asciiTheme="minorEastAsia" w:eastAsiaTheme="minorEastAsia" w:hAnsiTheme="minorEastAsia"/>
                <w:sz w:val="21"/>
                <w:szCs w:val="32"/>
                <w:lang w:eastAsia="ja-JP"/>
              </w:rPr>
            </w:pPr>
            <w:r w:rsidRPr="007A2251">
              <w:rPr>
                <w:rFonts w:asciiTheme="minorEastAsia" w:eastAsiaTheme="minorEastAsia" w:hAnsiTheme="minorEastAsia"/>
                <w:sz w:val="21"/>
                <w:szCs w:val="32"/>
                <w:lang w:eastAsia="ja-JP"/>
              </w:rPr>
              <w:t>口頭での会話が難しい利用者に対し、筆談、文字表示、コミュニケーションボード等、施設で用意できる方法により意思疎通を図ることができる。</w:t>
            </w:r>
          </w:p>
        </w:tc>
        <w:tc>
          <w:tcPr>
            <w:tcW w:w="1418" w:type="dxa"/>
            <w:tcMar>
              <w:top w:w="40" w:type="dxa"/>
              <w:left w:w="55" w:type="dxa"/>
              <w:bottom w:w="40" w:type="dxa"/>
              <w:right w:w="55" w:type="dxa"/>
            </w:tcMar>
            <w:vAlign w:val="center"/>
          </w:tcPr>
          <w:p w14:paraId="10F0BEA7" w14:textId="77777777" w:rsidR="009810E1" w:rsidRPr="007A2251" w:rsidRDefault="0026140E" w:rsidP="007A2251">
            <w:pPr>
              <w:spacing w:after="0"/>
              <w:jc w:val="center"/>
              <w:rPr>
                <w:rFonts w:asciiTheme="minorEastAsia" w:eastAsiaTheme="minorEastAsia" w:hAnsiTheme="minorEastAsia"/>
                <w:sz w:val="21"/>
                <w:szCs w:val="32"/>
              </w:rPr>
            </w:pPr>
            <w:r w:rsidRPr="007A2251">
              <w:rPr>
                <w:rFonts w:asciiTheme="minorEastAsia" w:eastAsiaTheme="minorEastAsia" w:hAnsiTheme="minorEastAsia"/>
                <w:sz w:val="21"/>
                <w:szCs w:val="32"/>
              </w:rPr>
              <w:t xml:space="preserve">□ </w:t>
            </w:r>
            <w:proofErr w:type="spellStart"/>
            <w:r w:rsidRPr="007A2251">
              <w:rPr>
                <w:rFonts w:asciiTheme="minorEastAsia" w:eastAsiaTheme="minorEastAsia" w:hAnsiTheme="minorEastAsia"/>
                <w:sz w:val="21"/>
                <w:szCs w:val="32"/>
              </w:rPr>
              <w:t>実施</w:t>
            </w:r>
            <w:proofErr w:type="spellEnd"/>
          </w:p>
        </w:tc>
        <w:tc>
          <w:tcPr>
            <w:tcW w:w="2891" w:type="dxa"/>
            <w:tcMar>
              <w:top w:w="40" w:type="dxa"/>
              <w:left w:w="55" w:type="dxa"/>
              <w:bottom w:w="40" w:type="dxa"/>
              <w:right w:w="55" w:type="dxa"/>
            </w:tcMar>
            <w:vAlign w:val="center"/>
          </w:tcPr>
          <w:p w14:paraId="4D9379AA" w14:textId="745683B2" w:rsidR="009810E1" w:rsidRPr="007A2251" w:rsidRDefault="0026140E" w:rsidP="007A2251">
            <w:pPr>
              <w:spacing w:after="0"/>
              <w:rPr>
                <w:rFonts w:asciiTheme="minorEastAsia" w:eastAsiaTheme="minorEastAsia" w:hAnsiTheme="minorEastAsia"/>
                <w:sz w:val="21"/>
                <w:szCs w:val="32"/>
                <w:lang w:eastAsia="ja-JP"/>
              </w:rPr>
            </w:pPr>
            <w:r w:rsidRPr="007A2251">
              <w:rPr>
                <w:rFonts w:asciiTheme="minorEastAsia" w:eastAsiaTheme="minorEastAsia" w:hAnsiTheme="minorEastAsia"/>
                <w:sz w:val="21"/>
                <w:szCs w:val="32"/>
                <w:lang w:eastAsia="ja-JP"/>
              </w:rPr>
              <w:t>使用する方法を記載</w:t>
            </w:r>
            <w:r w:rsidR="00C50A8F">
              <w:rPr>
                <w:rFonts w:asciiTheme="minorEastAsia" w:eastAsiaTheme="minorEastAsia" w:hAnsiTheme="minorEastAsia" w:hint="eastAsia"/>
                <w:sz w:val="21"/>
                <w:szCs w:val="32"/>
                <w:lang w:eastAsia="ja-JP"/>
              </w:rPr>
              <w:t>※</w:t>
            </w:r>
          </w:p>
          <w:p w14:paraId="7ECEC41D" w14:textId="1DC884C8" w:rsidR="00DD6399" w:rsidRPr="007A2251" w:rsidRDefault="00DD6399" w:rsidP="007A2251">
            <w:pPr>
              <w:spacing w:after="0"/>
              <w:rPr>
                <w:rFonts w:asciiTheme="minorEastAsia" w:eastAsiaTheme="minorEastAsia" w:hAnsiTheme="minorEastAsia"/>
                <w:sz w:val="21"/>
                <w:szCs w:val="32"/>
                <w:lang w:eastAsia="ja-JP"/>
              </w:rPr>
            </w:pPr>
          </w:p>
        </w:tc>
      </w:tr>
      <w:tr w:rsidR="00915529" w:rsidRPr="007A2251" w14:paraId="66EF0BAD" w14:textId="77777777" w:rsidTr="00934EC8">
        <w:trPr>
          <w:cantSplit/>
          <w:jc w:val="center"/>
        </w:trPr>
        <w:tc>
          <w:tcPr>
            <w:tcW w:w="624" w:type="dxa"/>
            <w:tcMar>
              <w:top w:w="40" w:type="dxa"/>
              <w:left w:w="55" w:type="dxa"/>
              <w:bottom w:w="40" w:type="dxa"/>
              <w:right w:w="55" w:type="dxa"/>
            </w:tcMar>
            <w:vAlign w:val="center"/>
          </w:tcPr>
          <w:p w14:paraId="7333A734" w14:textId="77777777" w:rsidR="009810E1" w:rsidRPr="007A2251" w:rsidRDefault="0026140E" w:rsidP="007A2251">
            <w:pPr>
              <w:spacing w:after="0"/>
              <w:jc w:val="center"/>
              <w:rPr>
                <w:rFonts w:asciiTheme="minorEastAsia" w:eastAsiaTheme="minorEastAsia" w:hAnsiTheme="minorEastAsia"/>
                <w:sz w:val="21"/>
                <w:szCs w:val="32"/>
              </w:rPr>
            </w:pPr>
            <w:r w:rsidRPr="007A2251">
              <w:rPr>
                <w:rFonts w:asciiTheme="minorEastAsia" w:eastAsiaTheme="minorEastAsia" w:hAnsiTheme="minorEastAsia"/>
                <w:sz w:val="21"/>
                <w:szCs w:val="32"/>
              </w:rPr>
              <w:t>3</w:t>
            </w:r>
          </w:p>
        </w:tc>
        <w:tc>
          <w:tcPr>
            <w:tcW w:w="1741" w:type="dxa"/>
            <w:tcMar>
              <w:top w:w="40" w:type="dxa"/>
              <w:left w:w="55" w:type="dxa"/>
              <w:bottom w:w="40" w:type="dxa"/>
              <w:right w:w="55" w:type="dxa"/>
            </w:tcMar>
            <w:vAlign w:val="center"/>
          </w:tcPr>
          <w:p w14:paraId="1FA25EF1" w14:textId="77777777" w:rsidR="009810E1" w:rsidRPr="007A2251" w:rsidRDefault="0026140E" w:rsidP="007A2251">
            <w:pPr>
              <w:spacing w:after="0"/>
              <w:jc w:val="center"/>
              <w:rPr>
                <w:rFonts w:asciiTheme="minorEastAsia" w:eastAsiaTheme="minorEastAsia" w:hAnsiTheme="minorEastAsia"/>
                <w:sz w:val="21"/>
                <w:szCs w:val="32"/>
              </w:rPr>
            </w:pPr>
            <w:r w:rsidRPr="007A2251">
              <w:rPr>
                <w:rFonts w:asciiTheme="minorEastAsia" w:eastAsiaTheme="minorEastAsia" w:hAnsiTheme="minorEastAsia"/>
                <w:sz w:val="21"/>
                <w:szCs w:val="32"/>
              </w:rPr>
              <w:t>移動</w:t>
            </w:r>
          </w:p>
        </w:tc>
        <w:tc>
          <w:tcPr>
            <w:tcW w:w="3726" w:type="dxa"/>
            <w:tcMar>
              <w:top w:w="40" w:type="dxa"/>
              <w:left w:w="55" w:type="dxa"/>
              <w:bottom w:w="40" w:type="dxa"/>
              <w:right w:w="55" w:type="dxa"/>
            </w:tcMar>
            <w:vAlign w:val="center"/>
          </w:tcPr>
          <w:p w14:paraId="33211081" w14:textId="425AC3E4" w:rsidR="009810E1" w:rsidRPr="007A2251" w:rsidRDefault="0026140E" w:rsidP="007A2251">
            <w:pPr>
              <w:spacing w:after="0"/>
              <w:rPr>
                <w:rFonts w:asciiTheme="minorEastAsia" w:eastAsiaTheme="minorEastAsia" w:hAnsiTheme="minorEastAsia"/>
                <w:sz w:val="21"/>
                <w:szCs w:val="32"/>
                <w:lang w:eastAsia="ja-JP"/>
              </w:rPr>
            </w:pPr>
            <w:r w:rsidRPr="007A2251">
              <w:rPr>
                <w:rFonts w:asciiTheme="minorEastAsia" w:eastAsiaTheme="minorEastAsia" w:hAnsiTheme="minorEastAsia"/>
                <w:sz w:val="21"/>
                <w:szCs w:val="32"/>
                <w:lang w:eastAsia="ja-JP"/>
              </w:rPr>
              <w:t>利用者の希望を確認し、施設内の案内、扉の開閉、車椅子移動の補助等、施設で可能な範囲の移動支援を行うことができる。</w:t>
            </w:r>
          </w:p>
        </w:tc>
        <w:tc>
          <w:tcPr>
            <w:tcW w:w="1418" w:type="dxa"/>
            <w:tcMar>
              <w:top w:w="40" w:type="dxa"/>
              <w:left w:w="55" w:type="dxa"/>
              <w:bottom w:w="40" w:type="dxa"/>
              <w:right w:w="55" w:type="dxa"/>
            </w:tcMar>
            <w:vAlign w:val="center"/>
          </w:tcPr>
          <w:p w14:paraId="1682ED3F" w14:textId="77777777" w:rsidR="009810E1" w:rsidRPr="007A2251" w:rsidRDefault="0026140E" w:rsidP="007A2251">
            <w:pPr>
              <w:spacing w:after="0"/>
              <w:jc w:val="center"/>
              <w:rPr>
                <w:rFonts w:asciiTheme="minorEastAsia" w:eastAsiaTheme="minorEastAsia" w:hAnsiTheme="minorEastAsia"/>
                <w:sz w:val="21"/>
                <w:szCs w:val="32"/>
              </w:rPr>
            </w:pPr>
            <w:r w:rsidRPr="007A2251">
              <w:rPr>
                <w:rFonts w:asciiTheme="minorEastAsia" w:eastAsiaTheme="minorEastAsia" w:hAnsiTheme="minorEastAsia"/>
                <w:sz w:val="21"/>
                <w:szCs w:val="32"/>
              </w:rPr>
              <w:t xml:space="preserve">□ </w:t>
            </w:r>
            <w:proofErr w:type="spellStart"/>
            <w:r w:rsidRPr="007A2251">
              <w:rPr>
                <w:rFonts w:asciiTheme="minorEastAsia" w:eastAsiaTheme="minorEastAsia" w:hAnsiTheme="minorEastAsia"/>
                <w:sz w:val="21"/>
                <w:szCs w:val="32"/>
              </w:rPr>
              <w:t>実施</w:t>
            </w:r>
            <w:proofErr w:type="spellEnd"/>
          </w:p>
        </w:tc>
        <w:tc>
          <w:tcPr>
            <w:tcW w:w="2891" w:type="dxa"/>
            <w:tcMar>
              <w:top w:w="40" w:type="dxa"/>
              <w:left w:w="55" w:type="dxa"/>
              <w:bottom w:w="40" w:type="dxa"/>
              <w:right w:w="55" w:type="dxa"/>
            </w:tcMar>
            <w:vAlign w:val="center"/>
          </w:tcPr>
          <w:p w14:paraId="7BE54D2E" w14:textId="2C112164" w:rsidR="009810E1" w:rsidRPr="007A2251" w:rsidRDefault="0026140E" w:rsidP="007A2251">
            <w:pPr>
              <w:spacing w:after="0"/>
              <w:rPr>
                <w:rFonts w:asciiTheme="minorEastAsia" w:eastAsiaTheme="minorEastAsia" w:hAnsiTheme="minorEastAsia"/>
                <w:sz w:val="21"/>
                <w:szCs w:val="32"/>
                <w:lang w:eastAsia="ja-JP"/>
              </w:rPr>
            </w:pPr>
            <w:r w:rsidRPr="007A2251">
              <w:rPr>
                <w:rFonts w:asciiTheme="minorEastAsia" w:eastAsiaTheme="minorEastAsia" w:hAnsiTheme="minorEastAsia"/>
                <w:sz w:val="21"/>
                <w:szCs w:val="32"/>
                <w:lang w:eastAsia="ja-JP"/>
              </w:rPr>
              <w:t>対応できる支援を記載</w:t>
            </w:r>
            <w:r w:rsidR="00C50A8F">
              <w:rPr>
                <w:rFonts w:asciiTheme="minorEastAsia" w:eastAsiaTheme="minorEastAsia" w:hAnsiTheme="minorEastAsia" w:hint="eastAsia"/>
                <w:sz w:val="21"/>
                <w:szCs w:val="32"/>
                <w:lang w:eastAsia="ja-JP"/>
              </w:rPr>
              <w:t>※</w:t>
            </w:r>
          </w:p>
          <w:p w14:paraId="37D44F32" w14:textId="5AD780B9" w:rsidR="00DD6399" w:rsidRPr="007A2251" w:rsidRDefault="00DD6399" w:rsidP="007A2251">
            <w:pPr>
              <w:spacing w:after="0"/>
              <w:rPr>
                <w:rFonts w:asciiTheme="minorEastAsia" w:eastAsiaTheme="minorEastAsia" w:hAnsiTheme="minorEastAsia"/>
                <w:sz w:val="21"/>
                <w:szCs w:val="32"/>
                <w:lang w:eastAsia="ja-JP"/>
              </w:rPr>
            </w:pPr>
          </w:p>
        </w:tc>
      </w:tr>
      <w:tr w:rsidR="00915529" w:rsidRPr="007A2251" w14:paraId="4FF44D23" w14:textId="77777777" w:rsidTr="00934EC8">
        <w:trPr>
          <w:cantSplit/>
          <w:jc w:val="center"/>
        </w:trPr>
        <w:tc>
          <w:tcPr>
            <w:tcW w:w="624" w:type="dxa"/>
            <w:tcMar>
              <w:top w:w="40" w:type="dxa"/>
              <w:left w:w="55" w:type="dxa"/>
              <w:bottom w:w="40" w:type="dxa"/>
              <w:right w:w="55" w:type="dxa"/>
            </w:tcMar>
            <w:vAlign w:val="center"/>
          </w:tcPr>
          <w:p w14:paraId="7B9FD5DE" w14:textId="77777777" w:rsidR="009810E1" w:rsidRPr="007A2251" w:rsidRDefault="0026140E" w:rsidP="007A2251">
            <w:pPr>
              <w:spacing w:after="0"/>
              <w:jc w:val="center"/>
              <w:rPr>
                <w:rFonts w:asciiTheme="minorEastAsia" w:eastAsiaTheme="minorEastAsia" w:hAnsiTheme="minorEastAsia"/>
                <w:sz w:val="21"/>
                <w:szCs w:val="32"/>
              </w:rPr>
            </w:pPr>
            <w:r w:rsidRPr="007A2251">
              <w:rPr>
                <w:rFonts w:asciiTheme="minorEastAsia" w:eastAsiaTheme="minorEastAsia" w:hAnsiTheme="minorEastAsia"/>
                <w:sz w:val="21"/>
                <w:szCs w:val="32"/>
              </w:rPr>
              <w:t>4</w:t>
            </w:r>
          </w:p>
        </w:tc>
        <w:tc>
          <w:tcPr>
            <w:tcW w:w="1741" w:type="dxa"/>
            <w:tcMar>
              <w:top w:w="40" w:type="dxa"/>
              <w:left w:w="55" w:type="dxa"/>
              <w:bottom w:w="40" w:type="dxa"/>
              <w:right w:w="55" w:type="dxa"/>
            </w:tcMar>
            <w:vAlign w:val="center"/>
          </w:tcPr>
          <w:p w14:paraId="3DDCA6AD" w14:textId="77777777" w:rsidR="009810E1" w:rsidRPr="007A2251" w:rsidRDefault="0026140E" w:rsidP="007A2251">
            <w:pPr>
              <w:spacing w:after="0"/>
              <w:jc w:val="center"/>
              <w:rPr>
                <w:rFonts w:asciiTheme="minorEastAsia" w:eastAsiaTheme="minorEastAsia" w:hAnsiTheme="minorEastAsia"/>
                <w:sz w:val="21"/>
                <w:szCs w:val="32"/>
              </w:rPr>
            </w:pPr>
            <w:r w:rsidRPr="007A2251">
              <w:rPr>
                <w:rFonts w:asciiTheme="minorEastAsia" w:eastAsiaTheme="minorEastAsia" w:hAnsiTheme="minorEastAsia"/>
                <w:sz w:val="21"/>
                <w:szCs w:val="32"/>
              </w:rPr>
              <w:t>入浴</w:t>
            </w:r>
          </w:p>
        </w:tc>
        <w:tc>
          <w:tcPr>
            <w:tcW w:w="3726" w:type="dxa"/>
            <w:tcMar>
              <w:top w:w="40" w:type="dxa"/>
              <w:left w:w="55" w:type="dxa"/>
              <w:bottom w:w="40" w:type="dxa"/>
              <w:right w:w="55" w:type="dxa"/>
            </w:tcMar>
            <w:vAlign w:val="center"/>
          </w:tcPr>
          <w:p w14:paraId="54F30C98" w14:textId="633791CB" w:rsidR="009810E1" w:rsidRPr="007A2251" w:rsidRDefault="0026140E" w:rsidP="007A2251">
            <w:pPr>
              <w:spacing w:after="0"/>
              <w:rPr>
                <w:rFonts w:asciiTheme="minorEastAsia" w:eastAsiaTheme="minorEastAsia" w:hAnsiTheme="minorEastAsia"/>
                <w:sz w:val="21"/>
                <w:szCs w:val="32"/>
                <w:lang w:eastAsia="ja-JP"/>
              </w:rPr>
            </w:pPr>
            <w:r w:rsidRPr="007A2251">
              <w:rPr>
                <w:rFonts w:asciiTheme="minorEastAsia" w:eastAsiaTheme="minorEastAsia" w:hAnsiTheme="minorEastAsia"/>
                <w:sz w:val="21"/>
                <w:szCs w:val="32"/>
                <w:lang w:eastAsia="ja-JP"/>
              </w:rPr>
              <w:t>入浴介助を希望する利用者に、外部の介助サービス事業者等の情報を案内し、希望に応じて連絡の補助又は調整を行うことができる。</w:t>
            </w:r>
          </w:p>
        </w:tc>
        <w:tc>
          <w:tcPr>
            <w:tcW w:w="1418" w:type="dxa"/>
            <w:tcMar>
              <w:top w:w="40" w:type="dxa"/>
              <w:left w:w="55" w:type="dxa"/>
              <w:bottom w:w="40" w:type="dxa"/>
              <w:right w:w="55" w:type="dxa"/>
            </w:tcMar>
            <w:vAlign w:val="center"/>
          </w:tcPr>
          <w:p w14:paraId="0B370395" w14:textId="77777777" w:rsidR="009810E1" w:rsidRPr="007A2251" w:rsidRDefault="0026140E" w:rsidP="007A2251">
            <w:pPr>
              <w:spacing w:after="0"/>
              <w:jc w:val="center"/>
              <w:rPr>
                <w:rFonts w:asciiTheme="minorEastAsia" w:eastAsiaTheme="minorEastAsia" w:hAnsiTheme="minorEastAsia"/>
                <w:sz w:val="21"/>
                <w:szCs w:val="32"/>
              </w:rPr>
            </w:pPr>
            <w:r w:rsidRPr="007A2251">
              <w:rPr>
                <w:rFonts w:asciiTheme="minorEastAsia" w:eastAsiaTheme="minorEastAsia" w:hAnsiTheme="minorEastAsia"/>
                <w:sz w:val="21"/>
                <w:szCs w:val="32"/>
              </w:rPr>
              <w:t xml:space="preserve">□ </w:t>
            </w:r>
            <w:proofErr w:type="spellStart"/>
            <w:r w:rsidRPr="007A2251">
              <w:rPr>
                <w:rFonts w:asciiTheme="minorEastAsia" w:eastAsiaTheme="minorEastAsia" w:hAnsiTheme="minorEastAsia"/>
                <w:sz w:val="21"/>
                <w:szCs w:val="32"/>
              </w:rPr>
              <w:t>実施</w:t>
            </w:r>
            <w:proofErr w:type="spellEnd"/>
          </w:p>
        </w:tc>
        <w:tc>
          <w:tcPr>
            <w:tcW w:w="2891" w:type="dxa"/>
            <w:tcMar>
              <w:top w:w="40" w:type="dxa"/>
              <w:left w:w="55" w:type="dxa"/>
              <w:bottom w:w="40" w:type="dxa"/>
              <w:right w:w="55" w:type="dxa"/>
            </w:tcMar>
            <w:vAlign w:val="center"/>
          </w:tcPr>
          <w:p w14:paraId="717D4A6B" w14:textId="54AD6F6F" w:rsidR="009810E1" w:rsidRPr="007A2251" w:rsidRDefault="0026140E" w:rsidP="007A2251">
            <w:pPr>
              <w:spacing w:after="0"/>
              <w:rPr>
                <w:rFonts w:asciiTheme="minorEastAsia" w:eastAsiaTheme="minorEastAsia" w:hAnsiTheme="minorEastAsia"/>
                <w:sz w:val="21"/>
                <w:szCs w:val="32"/>
                <w:lang w:eastAsia="ja-JP"/>
              </w:rPr>
            </w:pPr>
            <w:r w:rsidRPr="007A2251">
              <w:rPr>
                <w:rFonts w:asciiTheme="minorEastAsia" w:eastAsiaTheme="minorEastAsia" w:hAnsiTheme="minorEastAsia"/>
                <w:sz w:val="21"/>
                <w:szCs w:val="32"/>
                <w:lang w:eastAsia="ja-JP"/>
              </w:rPr>
              <w:t>案内先又は連絡方法を記載</w:t>
            </w:r>
            <w:r w:rsidR="00C50A8F">
              <w:rPr>
                <w:rFonts w:asciiTheme="minorEastAsia" w:eastAsiaTheme="minorEastAsia" w:hAnsiTheme="minorEastAsia" w:hint="eastAsia"/>
                <w:sz w:val="21"/>
                <w:szCs w:val="32"/>
                <w:lang w:eastAsia="ja-JP"/>
              </w:rPr>
              <w:t>※</w:t>
            </w:r>
          </w:p>
          <w:p w14:paraId="58910EDE" w14:textId="24C6E370" w:rsidR="00DD6399" w:rsidRPr="007A2251" w:rsidRDefault="00DD6399" w:rsidP="007A2251">
            <w:pPr>
              <w:spacing w:after="0"/>
              <w:rPr>
                <w:rFonts w:asciiTheme="minorEastAsia" w:eastAsiaTheme="minorEastAsia" w:hAnsiTheme="minorEastAsia"/>
                <w:sz w:val="21"/>
                <w:szCs w:val="32"/>
                <w:lang w:eastAsia="ja-JP"/>
              </w:rPr>
            </w:pPr>
          </w:p>
        </w:tc>
      </w:tr>
      <w:tr w:rsidR="00915529" w:rsidRPr="007A2251" w14:paraId="73EDAB44" w14:textId="77777777" w:rsidTr="00934EC8">
        <w:trPr>
          <w:cantSplit/>
          <w:jc w:val="center"/>
        </w:trPr>
        <w:tc>
          <w:tcPr>
            <w:tcW w:w="624" w:type="dxa"/>
            <w:tcMar>
              <w:top w:w="40" w:type="dxa"/>
              <w:left w:w="55" w:type="dxa"/>
              <w:bottom w:w="40" w:type="dxa"/>
              <w:right w:w="55" w:type="dxa"/>
            </w:tcMar>
            <w:vAlign w:val="center"/>
          </w:tcPr>
          <w:p w14:paraId="6A402688" w14:textId="77777777" w:rsidR="009810E1" w:rsidRPr="007A2251" w:rsidRDefault="0026140E" w:rsidP="007A2251">
            <w:pPr>
              <w:spacing w:after="0"/>
              <w:jc w:val="center"/>
              <w:rPr>
                <w:rFonts w:asciiTheme="minorEastAsia" w:eastAsiaTheme="minorEastAsia" w:hAnsiTheme="minorEastAsia"/>
                <w:sz w:val="21"/>
                <w:szCs w:val="32"/>
              </w:rPr>
            </w:pPr>
            <w:r w:rsidRPr="007A2251">
              <w:rPr>
                <w:rFonts w:asciiTheme="minorEastAsia" w:eastAsiaTheme="minorEastAsia" w:hAnsiTheme="minorEastAsia"/>
                <w:sz w:val="21"/>
                <w:szCs w:val="32"/>
              </w:rPr>
              <w:t>5</w:t>
            </w:r>
          </w:p>
        </w:tc>
        <w:tc>
          <w:tcPr>
            <w:tcW w:w="1741" w:type="dxa"/>
            <w:tcMar>
              <w:top w:w="40" w:type="dxa"/>
              <w:left w:w="55" w:type="dxa"/>
              <w:bottom w:w="40" w:type="dxa"/>
              <w:right w:w="55" w:type="dxa"/>
            </w:tcMar>
            <w:vAlign w:val="center"/>
          </w:tcPr>
          <w:p w14:paraId="3A13220C" w14:textId="77777777" w:rsidR="009810E1" w:rsidRPr="007A2251" w:rsidRDefault="0026140E" w:rsidP="007A2251">
            <w:pPr>
              <w:spacing w:after="0"/>
              <w:jc w:val="center"/>
              <w:rPr>
                <w:rFonts w:asciiTheme="minorEastAsia" w:eastAsiaTheme="minorEastAsia" w:hAnsiTheme="minorEastAsia"/>
                <w:sz w:val="21"/>
                <w:szCs w:val="32"/>
              </w:rPr>
            </w:pPr>
            <w:r w:rsidRPr="007A2251">
              <w:rPr>
                <w:rFonts w:asciiTheme="minorEastAsia" w:eastAsiaTheme="minorEastAsia" w:hAnsiTheme="minorEastAsia"/>
                <w:sz w:val="21"/>
                <w:szCs w:val="32"/>
              </w:rPr>
              <w:t>食事</w:t>
            </w:r>
          </w:p>
        </w:tc>
        <w:tc>
          <w:tcPr>
            <w:tcW w:w="3726" w:type="dxa"/>
            <w:tcMar>
              <w:top w:w="40" w:type="dxa"/>
              <w:left w:w="55" w:type="dxa"/>
              <w:bottom w:w="40" w:type="dxa"/>
              <w:right w:w="55" w:type="dxa"/>
            </w:tcMar>
            <w:vAlign w:val="center"/>
          </w:tcPr>
          <w:p w14:paraId="0B0DFCC1" w14:textId="11B46D40" w:rsidR="009810E1" w:rsidRPr="007A2251" w:rsidRDefault="0026140E" w:rsidP="007A2251">
            <w:pPr>
              <w:spacing w:after="0"/>
              <w:rPr>
                <w:rFonts w:asciiTheme="minorEastAsia" w:eastAsiaTheme="minorEastAsia" w:hAnsiTheme="minorEastAsia"/>
                <w:sz w:val="21"/>
                <w:szCs w:val="32"/>
                <w:lang w:eastAsia="ja-JP"/>
              </w:rPr>
            </w:pPr>
            <w:r w:rsidRPr="007A2251">
              <w:rPr>
                <w:rFonts w:asciiTheme="minorEastAsia" w:eastAsiaTheme="minorEastAsia" w:hAnsiTheme="minorEastAsia"/>
                <w:sz w:val="21"/>
                <w:szCs w:val="32"/>
                <w:lang w:eastAsia="ja-JP"/>
              </w:rPr>
              <w:t>食事の固さや食物アレルギー等の相談を事前に受け、対応の可否及び対応できる内容を利用者に説明できる。</w:t>
            </w:r>
          </w:p>
        </w:tc>
        <w:tc>
          <w:tcPr>
            <w:tcW w:w="1418" w:type="dxa"/>
            <w:tcMar>
              <w:top w:w="40" w:type="dxa"/>
              <w:left w:w="55" w:type="dxa"/>
              <w:bottom w:w="40" w:type="dxa"/>
              <w:right w:w="55" w:type="dxa"/>
            </w:tcMar>
            <w:vAlign w:val="center"/>
          </w:tcPr>
          <w:p w14:paraId="32A63C26" w14:textId="77777777" w:rsidR="009810E1" w:rsidRPr="007A2251" w:rsidRDefault="0026140E" w:rsidP="007A2251">
            <w:pPr>
              <w:spacing w:after="0"/>
              <w:jc w:val="center"/>
              <w:rPr>
                <w:rFonts w:asciiTheme="minorEastAsia" w:eastAsiaTheme="minorEastAsia" w:hAnsiTheme="minorEastAsia"/>
                <w:sz w:val="21"/>
                <w:szCs w:val="32"/>
              </w:rPr>
            </w:pPr>
            <w:r w:rsidRPr="007A2251">
              <w:rPr>
                <w:rFonts w:asciiTheme="minorEastAsia" w:eastAsiaTheme="minorEastAsia" w:hAnsiTheme="minorEastAsia"/>
                <w:sz w:val="21"/>
                <w:szCs w:val="32"/>
              </w:rPr>
              <w:t xml:space="preserve">□ </w:t>
            </w:r>
            <w:proofErr w:type="spellStart"/>
            <w:r w:rsidRPr="007A2251">
              <w:rPr>
                <w:rFonts w:asciiTheme="minorEastAsia" w:eastAsiaTheme="minorEastAsia" w:hAnsiTheme="minorEastAsia"/>
                <w:sz w:val="21"/>
                <w:szCs w:val="32"/>
              </w:rPr>
              <w:t>実施</w:t>
            </w:r>
            <w:proofErr w:type="spellEnd"/>
          </w:p>
        </w:tc>
        <w:tc>
          <w:tcPr>
            <w:tcW w:w="2891" w:type="dxa"/>
            <w:tcMar>
              <w:top w:w="40" w:type="dxa"/>
              <w:left w:w="55" w:type="dxa"/>
              <w:bottom w:w="40" w:type="dxa"/>
              <w:right w:w="55" w:type="dxa"/>
            </w:tcMar>
            <w:vAlign w:val="center"/>
          </w:tcPr>
          <w:p w14:paraId="06AAE791" w14:textId="4A65FE22" w:rsidR="009810E1" w:rsidRPr="007A2251" w:rsidRDefault="0026140E" w:rsidP="007A2251">
            <w:pPr>
              <w:spacing w:after="0"/>
              <w:rPr>
                <w:rFonts w:asciiTheme="minorEastAsia" w:eastAsiaTheme="minorEastAsia" w:hAnsiTheme="minorEastAsia"/>
                <w:sz w:val="21"/>
                <w:szCs w:val="32"/>
                <w:lang w:eastAsia="ja-JP"/>
              </w:rPr>
            </w:pPr>
            <w:r w:rsidRPr="007A2251">
              <w:rPr>
                <w:rFonts w:asciiTheme="minorEastAsia" w:eastAsiaTheme="minorEastAsia" w:hAnsiTheme="minorEastAsia"/>
                <w:sz w:val="21"/>
                <w:szCs w:val="32"/>
                <w:lang w:eastAsia="ja-JP"/>
              </w:rPr>
              <w:t>相談受付方法を記載</w:t>
            </w:r>
            <w:r w:rsidR="00C50A8F">
              <w:rPr>
                <w:rFonts w:asciiTheme="minorEastAsia" w:eastAsiaTheme="minorEastAsia" w:hAnsiTheme="minorEastAsia" w:hint="eastAsia"/>
                <w:sz w:val="21"/>
                <w:szCs w:val="32"/>
                <w:lang w:eastAsia="ja-JP"/>
              </w:rPr>
              <w:t>※</w:t>
            </w:r>
          </w:p>
          <w:p w14:paraId="2E5E54F3" w14:textId="1032313F" w:rsidR="00DD6399" w:rsidRPr="007A2251" w:rsidRDefault="00DD6399" w:rsidP="007A2251">
            <w:pPr>
              <w:spacing w:after="0"/>
              <w:rPr>
                <w:rFonts w:asciiTheme="minorEastAsia" w:eastAsiaTheme="minorEastAsia" w:hAnsiTheme="minorEastAsia"/>
                <w:sz w:val="21"/>
                <w:szCs w:val="32"/>
                <w:lang w:eastAsia="ja-JP"/>
              </w:rPr>
            </w:pPr>
          </w:p>
        </w:tc>
      </w:tr>
      <w:tr w:rsidR="00915529" w:rsidRPr="007A2251" w14:paraId="6E38892B" w14:textId="77777777" w:rsidTr="00934EC8">
        <w:trPr>
          <w:cantSplit/>
          <w:jc w:val="center"/>
        </w:trPr>
        <w:tc>
          <w:tcPr>
            <w:tcW w:w="624" w:type="dxa"/>
            <w:tcMar>
              <w:top w:w="40" w:type="dxa"/>
              <w:left w:w="55" w:type="dxa"/>
              <w:bottom w:w="40" w:type="dxa"/>
              <w:right w:w="55" w:type="dxa"/>
            </w:tcMar>
            <w:vAlign w:val="center"/>
          </w:tcPr>
          <w:p w14:paraId="7FD04A5B" w14:textId="77777777" w:rsidR="009810E1" w:rsidRPr="007A2251" w:rsidRDefault="0026140E" w:rsidP="007A2251">
            <w:pPr>
              <w:spacing w:after="0"/>
              <w:jc w:val="center"/>
              <w:rPr>
                <w:rFonts w:asciiTheme="minorEastAsia" w:eastAsiaTheme="minorEastAsia" w:hAnsiTheme="minorEastAsia"/>
                <w:sz w:val="21"/>
                <w:szCs w:val="32"/>
              </w:rPr>
            </w:pPr>
            <w:r w:rsidRPr="007A2251">
              <w:rPr>
                <w:rFonts w:asciiTheme="minorEastAsia" w:eastAsiaTheme="minorEastAsia" w:hAnsiTheme="minorEastAsia"/>
                <w:sz w:val="21"/>
                <w:szCs w:val="32"/>
              </w:rPr>
              <w:t>6</w:t>
            </w:r>
          </w:p>
        </w:tc>
        <w:tc>
          <w:tcPr>
            <w:tcW w:w="1741" w:type="dxa"/>
            <w:tcMar>
              <w:top w:w="40" w:type="dxa"/>
              <w:left w:w="55" w:type="dxa"/>
              <w:bottom w:w="40" w:type="dxa"/>
              <w:right w:w="55" w:type="dxa"/>
            </w:tcMar>
            <w:vAlign w:val="center"/>
          </w:tcPr>
          <w:p w14:paraId="74C19298" w14:textId="77777777" w:rsidR="009810E1" w:rsidRPr="007A2251" w:rsidRDefault="0026140E" w:rsidP="007A2251">
            <w:pPr>
              <w:spacing w:after="0"/>
              <w:jc w:val="center"/>
              <w:rPr>
                <w:rFonts w:asciiTheme="minorEastAsia" w:eastAsiaTheme="minorEastAsia" w:hAnsiTheme="minorEastAsia"/>
                <w:sz w:val="21"/>
                <w:szCs w:val="32"/>
              </w:rPr>
            </w:pPr>
            <w:r w:rsidRPr="007A2251">
              <w:rPr>
                <w:rFonts w:asciiTheme="minorEastAsia" w:eastAsiaTheme="minorEastAsia" w:hAnsiTheme="minorEastAsia"/>
                <w:sz w:val="21"/>
                <w:szCs w:val="32"/>
              </w:rPr>
              <w:t>周遊</w:t>
            </w:r>
          </w:p>
        </w:tc>
        <w:tc>
          <w:tcPr>
            <w:tcW w:w="3726" w:type="dxa"/>
            <w:tcMar>
              <w:top w:w="40" w:type="dxa"/>
              <w:left w:w="55" w:type="dxa"/>
              <w:bottom w:w="40" w:type="dxa"/>
              <w:right w:w="55" w:type="dxa"/>
            </w:tcMar>
            <w:vAlign w:val="center"/>
          </w:tcPr>
          <w:p w14:paraId="4121D611" w14:textId="3F868ECD" w:rsidR="009810E1" w:rsidRPr="007A2251" w:rsidRDefault="0026140E" w:rsidP="007A2251">
            <w:pPr>
              <w:spacing w:after="0"/>
              <w:rPr>
                <w:rFonts w:asciiTheme="minorEastAsia" w:eastAsiaTheme="minorEastAsia" w:hAnsiTheme="minorEastAsia"/>
                <w:sz w:val="21"/>
                <w:szCs w:val="32"/>
                <w:lang w:eastAsia="ja-JP"/>
              </w:rPr>
            </w:pPr>
            <w:r w:rsidRPr="007A2251">
              <w:rPr>
                <w:rFonts w:asciiTheme="minorEastAsia" w:eastAsiaTheme="minorEastAsia" w:hAnsiTheme="minorEastAsia"/>
                <w:sz w:val="21"/>
                <w:szCs w:val="32"/>
                <w:lang w:eastAsia="ja-JP"/>
              </w:rPr>
              <w:t>利用者の身体状況や希望に応じ、公共交通、タクシー、福祉車両等の移動手段に関する情報を案内し、必要に応じて連絡の補助又は手配を行うことができる。</w:t>
            </w:r>
          </w:p>
        </w:tc>
        <w:tc>
          <w:tcPr>
            <w:tcW w:w="1418" w:type="dxa"/>
            <w:tcMar>
              <w:top w:w="40" w:type="dxa"/>
              <w:left w:w="55" w:type="dxa"/>
              <w:bottom w:w="40" w:type="dxa"/>
              <w:right w:w="55" w:type="dxa"/>
            </w:tcMar>
            <w:vAlign w:val="center"/>
          </w:tcPr>
          <w:p w14:paraId="4A1E25F6" w14:textId="77777777" w:rsidR="009810E1" w:rsidRPr="007A2251" w:rsidRDefault="0026140E" w:rsidP="007A2251">
            <w:pPr>
              <w:spacing w:after="0"/>
              <w:jc w:val="center"/>
              <w:rPr>
                <w:rFonts w:asciiTheme="minorEastAsia" w:eastAsiaTheme="minorEastAsia" w:hAnsiTheme="minorEastAsia"/>
                <w:sz w:val="21"/>
                <w:szCs w:val="32"/>
              </w:rPr>
            </w:pPr>
            <w:r w:rsidRPr="007A2251">
              <w:rPr>
                <w:rFonts w:asciiTheme="minorEastAsia" w:eastAsiaTheme="minorEastAsia" w:hAnsiTheme="minorEastAsia"/>
                <w:sz w:val="21"/>
                <w:szCs w:val="32"/>
              </w:rPr>
              <w:t xml:space="preserve">□ </w:t>
            </w:r>
            <w:proofErr w:type="spellStart"/>
            <w:r w:rsidRPr="007A2251">
              <w:rPr>
                <w:rFonts w:asciiTheme="minorEastAsia" w:eastAsiaTheme="minorEastAsia" w:hAnsiTheme="minorEastAsia"/>
                <w:sz w:val="21"/>
                <w:szCs w:val="32"/>
              </w:rPr>
              <w:t>実施</w:t>
            </w:r>
            <w:proofErr w:type="spellEnd"/>
          </w:p>
        </w:tc>
        <w:tc>
          <w:tcPr>
            <w:tcW w:w="2891" w:type="dxa"/>
            <w:tcMar>
              <w:top w:w="40" w:type="dxa"/>
              <w:left w:w="55" w:type="dxa"/>
              <w:bottom w:w="40" w:type="dxa"/>
              <w:right w:w="55" w:type="dxa"/>
            </w:tcMar>
            <w:vAlign w:val="center"/>
          </w:tcPr>
          <w:p w14:paraId="0C700B29" w14:textId="5F245335" w:rsidR="009810E1" w:rsidRPr="007A2251" w:rsidRDefault="0026140E" w:rsidP="007A2251">
            <w:pPr>
              <w:spacing w:after="0"/>
              <w:rPr>
                <w:rFonts w:asciiTheme="minorEastAsia" w:eastAsiaTheme="minorEastAsia" w:hAnsiTheme="minorEastAsia"/>
                <w:sz w:val="21"/>
                <w:szCs w:val="32"/>
                <w:lang w:eastAsia="ja-JP"/>
              </w:rPr>
            </w:pPr>
            <w:r w:rsidRPr="007A2251">
              <w:rPr>
                <w:rFonts w:asciiTheme="minorEastAsia" w:eastAsiaTheme="minorEastAsia" w:hAnsiTheme="minorEastAsia"/>
                <w:sz w:val="21"/>
                <w:szCs w:val="32"/>
                <w:lang w:eastAsia="ja-JP"/>
              </w:rPr>
              <w:t>案内先又は対応方法を記載</w:t>
            </w:r>
            <w:r w:rsidR="00C50A8F">
              <w:rPr>
                <w:rFonts w:asciiTheme="minorEastAsia" w:eastAsiaTheme="minorEastAsia" w:hAnsiTheme="minorEastAsia" w:hint="eastAsia"/>
                <w:sz w:val="21"/>
                <w:szCs w:val="32"/>
                <w:lang w:eastAsia="ja-JP"/>
              </w:rPr>
              <w:t>※</w:t>
            </w:r>
          </w:p>
          <w:p w14:paraId="01A33BC4" w14:textId="7223E4E1" w:rsidR="00DD6399" w:rsidRPr="007A2251" w:rsidRDefault="00DD6399" w:rsidP="007A2251">
            <w:pPr>
              <w:spacing w:after="0"/>
              <w:rPr>
                <w:rFonts w:asciiTheme="minorEastAsia" w:eastAsiaTheme="minorEastAsia" w:hAnsiTheme="minorEastAsia"/>
                <w:sz w:val="21"/>
                <w:szCs w:val="32"/>
                <w:lang w:eastAsia="ja-JP"/>
              </w:rPr>
            </w:pPr>
          </w:p>
        </w:tc>
      </w:tr>
      <w:tr w:rsidR="00915529" w:rsidRPr="007A2251" w14:paraId="70FA9060" w14:textId="77777777" w:rsidTr="00934EC8">
        <w:trPr>
          <w:cantSplit/>
          <w:jc w:val="center"/>
        </w:trPr>
        <w:tc>
          <w:tcPr>
            <w:tcW w:w="624" w:type="dxa"/>
            <w:tcMar>
              <w:top w:w="40" w:type="dxa"/>
              <w:left w:w="55" w:type="dxa"/>
              <w:bottom w:w="40" w:type="dxa"/>
              <w:right w:w="55" w:type="dxa"/>
            </w:tcMar>
            <w:vAlign w:val="center"/>
          </w:tcPr>
          <w:p w14:paraId="09F334F4" w14:textId="77777777" w:rsidR="009810E1" w:rsidRPr="007A2251" w:rsidRDefault="0026140E" w:rsidP="007A2251">
            <w:pPr>
              <w:spacing w:after="0"/>
              <w:jc w:val="center"/>
              <w:rPr>
                <w:rFonts w:asciiTheme="minorEastAsia" w:eastAsiaTheme="minorEastAsia" w:hAnsiTheme="minorEastAsia"/>
                <w:sz w:val="21"/>
                <w:szCs w:val="32"/>
              </w:rPr>
            </w:pPr>
            <w:r w:rsidRPr="007A2251">
              <w:rPr>
                <w:rFonts w:asciiTheme="minorEastAsia" w:eastAsiaTheme="minorEastAsia" w:hAnsiTheme="minorEastAsia"/>
                <w:sz w:val="21"/>
                <w:szCs w:val="32"/>
              </w:rPr>
              <w:t>7</w:t>
            </w:r>
          </w:p>
        </w:tc>
        <w:tc>
          <w:tcPr>
            <w:tcW w:w="1741" w:type="dxa"/>
            <w:tcMar>
              <w:top w:w="40" w:type="dxa"/>
              <w:left w:w="55" w:type="dxa"/>
              <w:bottom w:w="40" w:type="dxa"/>
              <w:right w:w="55" w:type="dxa"/>
            </w:tcMar>
            <w:vAlign w:val="center"/>
          </w:tcPr>
          <w:p w14:paraId="52433D18" w14:textId="77777777" w:rsidR="009810E1" w:rsidRPr="007A2251" w:rsidRDefault="0026140E" w:rsidP="007A2251">
            <w:pPr>
              <w:spacing w:after="0"/>
              <w:jc w:val="center"/>
              <w:rPr>
                <w:rFonts w:asciiTheme="minorEastAsia" w:eastAsiaTheme="minorEastAsia" w:hAnsiTheme="minorEastAsia"/>
                <w:sz w:val="21"/>
                <w:szCs w:val="32"/>
              </w:rPr>
            </w:pPr>
            <w:r w:rsidRPr="007A2251">
              <w:rPr>
                <w:rFonts w:asciiTheme="minorEastAsia" w:eastAsiaTheme="minorEastAsia" w:hAnsiTheme="minorEastAsia"/>
                <w:sz w:val="21"/>
                <w:szCs w:val="32"/>
              </w:rPr>
              <w:t>人材</w:t>
            </w:r>
          </w:p>
        </w:tc>
        <w:tc>
          <w:tcPr>
            <w:tcW w:w="3726" w:type="dxa"/>
            <w:tcMar>
              <w:top w:w="40" w:type="dxa"/>
              <w:left w:w="55" w:type="dxa"/>
              <w:bottom w:w="40" w:type="dxa"/>
              <w:right w:w="55" w:type="dxa"/>
            </w:tcMar>
            <w:vAlign w:val="center"/>
          </w:tcPr>
          <w:p w14:paraId="788BB45B" w14:textId="44748A95" w:rsidR="009810E1" w:rsidRPr="007A2251" w:rsidRDefault="0026140E" w:rsidP="007A2251">
            <w:pPr>
              <w:spacing w:after="0"/>
              <w:rPr>
                <w:rFonts w:asciiTheme="minorEastAsia" w:eastAsiaTheme="minorEastAsia" w:hAnsiTheme="minorEastAsia"/>
                <w:sz w:val="21"/>
                <w:szCs w:val="32"/>
                <w:lang w:eastAsia="ja-JP"/>
              </w:rPr>
            </w:pPr>
            <w:r w:rsidRPr="007A2251">
              <w:rPr>
                <w:rFonts w:asciiTheme="minorEastAsia" w:eastAsiaTheme="minorEastAsia" w:hAnsiTheme="minorEastAsia"/>
                <w:sz w:val="21"/>
                <w:szCs w:val="32"/>
                <w:lang w:eastAsia="ja-JP"/>
              </w:rPr>
              <w:t>県が実施し、又は指定する研修を、従業員1名以上が</w:t>
            </w:r>
            <w:r w:rsidR="00934EC8">
              <w:rPr>
                <w:rFonts w:asciiTheme="minorEastAsia" w:eastAsiaTheme="minorEastAsia" w:hAnsiTheme="minorEastAsia" w:hint="eastAsia"/>
                <w:sz w:val="21"/>
                <w:szCs w:val="32"/>
                <w:lang w:eastAsia="ja-JP"/>
              </w:rPr>
              <w:t>原則毎年度</w:t>
            </w:r>
            <w:r w:rsidRPr="007A2251">
              <w:rPr>
                <w:rFonts w:asciiTheme="minorEastAsia" w:eastAsiaTheme="minorEastAsia" w:hAnsiTheme="minorEastAsia"/>
                <w:sz w:val="21"/>
                <w:szCs w:val="32"/>
                <w:lang w:eastAsia="ja-JP"/>
              </w:rPr>
              <w:t>受講している。</w:t>
            </w:r>
          </w:p>
        </w:tc>
        <w:tc>
          <w:tcPr>
            <w:tcW w:w="1418" w:type="dxa"/>
            <w:tcMar>
              <w:top w:w="40" w:type="dxa"/>
              <w:left w:w="55" w:type="dxa"/>
              <w:bottom w:w="40" w:type="dxa"/>
              <w:right w:w="55" w:type="dxa"/>
            </w:tcMar>
            <w:vAlign w:val="center"/>
          </w:tcPr>
          <w:p w14:paraId="229303D1" w14:textId="2733B68D" w:rsidR="009810E1" w:rsidRPr="007A2251" w:rsidRDefault="0026140E" w:rsidP="007A2251">
            <w:pPr>
              <w:spacing w:after="0"/>
              <w:jc w:val="center"/>
              <w:rPr>
                <w:rFonts w:asciiTheme="minorEastAsia" w:eastAsiaTheme="minorEastAsia" w:hAnsiTheme="minorEastAsia"/>
                <w:sz w:val="21"/>
                <w:szCs w:val="32"/>
                <w:lang w:eastAsia="ja-JP"/>
              </w:rPr>
            </w:pPr>
            <w:r w:rsidRPr="007A2251">
              <w:rPr>
                <w:rFonts w:asciiTheme="minorEastAsia" w:eastAsiaTheme="minorEastAsia" w:hAnsiTheme="minorEastAsia"/>
                <w:sz w:val="21"/>
                <w:szCs w:val="32"/>
                <w:lang w:eastAsia="ja-JP"/>
              </w:rPr>
              <w:t>□ 実施</w:t>
            </w:r>
          </w:p>
        </w:tc>
        <w:tc>
          <w:tcPr>
            <w:tcW w:w="2891" w:type="dxa"/>
            <w:tcMar>
              <w:top w:w="40" w:type="dxa"/>
              <w:left w:w="55" w:type="dxa"/>
              <w:bottom w:w="40" w:type="dxa"/>
              <w:right w:w="55" w:type="dxa"/>
            </w:tcMar>
            <w:vAlign w:val="center"/>
          </w:tcPr>
          <w:p w14:paraId="0A6ED380" w14:textId="76D0B949" w:rsidR="00DD6399" w:rsidRDefault="0026140E" w:rsidP="007A2251">
            <w:pPr>
              <w:spacing w:after="0"/>
              <w:rPr>
                <w:rFonts w:asciiTheme="minorEastAsia" w:eastAsiaTheme="minorEastAsia" w:hAnsiTheme="minorEastAsia"/>
                <w:sz w:val="21"/>
                <w:szCs w:val="32"/>
                <w:lang w:eastAsia="ja-JP"/>
              </w:rPr>
            </w:pPr>
            <w:r w:rsidRPr="007A2251">
              <w:rPr>
                <w:rFonts w:asciiTheme="minorEastAsia" w:eastAsiaTheme="minorEastAsia" w:hAnsiTheme="minorEastAsia"/>
                <w:sz w:val="21"/>
                <w:szCs w:val="32"/>
                <w:lang w:eastAsia="ja-JP"/>
              </w:rPr>
              <w:t>受講者・研修名を記載</w:t>
            </w:r>
          </w:p>
          <w:p w14:paraId="7D062D08" w14:textId="5B8FEC06" w:rsidR="00C50A8F" w:rsidRPr="007A2251" w:rsidRDefault="00455210" w:rsidP="007A2251">
            <w:pPr>
              <w:spacing w:after="0"/>
              <w:rPr>
                <w:rFonts w:asciiTheme="minorEastAsia" w:eastAsiaTheme="minorEastAsia" w:hAnsiTheme="minorEastAsia"/>
                <w:sz w:val="21"/>
                <w:szCs w:val="32"/>
                <w:lang w:eastAsia="ja-JP"/>
              </w:rPr>
            </w:pPr>
            <w:r w:rsidRPr="00084EF2">
              <w:rPr>
                <w:rFonts w:asciiTheme="minorEastAsia" w:eastAsiaTheme="minorEastAsia" w:hAnsiTheme="minorEastAsia"/>
                <w:sz w:val="21"/>
                <w:szCs w:val="32"/>
                <w:u w:val="single"/>
                <w:lang w:eastAsia="ja-JP"/>
              </w:rPr>
              <w:t>研修実施前は、研修への参加意思がある場合</w:t>
            </w:r>
            <w:r>
              <w:rPr>
                <w:rFonts w:asciiTheme="minorEastAsia" w:eastAsiaTheme="minorEastAsia" w:hAnsiTheme="minorEastAsia" w:hint="eastAsia"/>
                <w:sz w:val="21"/>
                <w:szCs w:val="32"/>
                <w:u w:val="single"/>
                <w:lang w:eastAsia="ja-JP"/>
              </w:rPr>
              <w:t>、</w:t>
            </w:r>
            <w:r w:rsidRPr="00084EF2">
              <w:rPr>
                <w:rFonts w:asciiTheme="minorEastAsia" w:eastAsiaTheme="minorEastAsia" w:hAnsiTheme="minorEastAsia"/>
                <w:sz w:val="21"/>
                <w:szCs w:val="32"/>
                <w:u w:val="single"/>
                <w:lang w:eastAsia="ja-JP"/>
              </w:rPr>
              <w:t>該当</w:t>
            </w:r>
            <w:r>
              <w:rPr>
                <w:rFonts w:asciiTheme="minorEastAsia" w:eastAsiaTheme="minorEastAsia" w:hAnsiTheme="minorEastAsia" w:hint="eastAsia"/>
                <w:sz w:val="21"/>
                <w:szCs w:val="32"/>
                <w:u w:val="single"/>
                <w:lang w:eastAsia="ja-JP"/>
              </w:rPr>
              <w:t>とする</w:t>
            </w:r>
          </w:p>
        </w:tc>
      </w:tr>
      <w:tr w:rsidR="00915529" w:rsidRPr="007A2251" w14:paraId="4EED1727" w14:textId="77777777" w:rsidTr="00934EC8">
        <w:trPr>
          <w:cantSplit/>
          <w:jc w:val="center"/>
        </w:trPr>
        <w:tc>
          <w:tcPr>
            <w:tcW w:w="624" w:type="dxa"/>
            <w:tcMar>
              <w:top w:w="40" w:type="dxa"/>
              <w:left w:w="55" w:type="dxa"/>
              <w:bottom w:w="40" w:type="dxa"/>
              <w:right w:w="55" w:type="dxa"/>
            </w:tcMar>
            <w:vAlign w:val="center"/>
          </w:tcPr>
          <w:p w14:paraId="5781B879" w14:textId="77777777" w:rsidR="009810E1" w:rsidRPr="007A2251" w:rsidRDefault="0026140E" w:rsidP="007A2251">
            <w:pPr>
              <w:spacing w:after="0"/>
              <w:jc w:val="center"/>
              <w:rPr>
                <w:rFonts w:asciiTheme="minorEastAsia" w:eastAsiaTheme="minorEastAsia" w:hAnsiTheme="minorEastAsia"/>
                <w:sz w:val="21"/>
                <w:szCs w:val="32"/>
              </w:rPr>
            </w:pPr>
            <w:r w:rsidRPr="007A2251">
              <w:rPr>
                <w:rFonts w:asciiTheme="minorEastAsia" w:eastAsiaTheme="minorEastAsia" w:hAnsiTheme="minorEastAsia"/>
                <w:sz w:val="21"/>
                <w:szCs w:val="32"/>
              </w:rPr>
              <w:t>8</w:t>
            </w:r>
          </w:p>
        </w:tc>
        <w:tc>
          <w:tcPr>
            <w:tcW w:w="1741" w:type="dxa"/>
            <w:tcMar>
              <w:top w:w="40" w:type="dxa"/>
              <w:left w:w="55" w:type="dxa"/>
              <w:bottom w:w="40" w:type="dxa"/>
              <w:right w:w="55" w:type="dxa"/>
            </w:tcMar>
            <w:vAlign w:val="center"/>
          </w:tcPr>
          <w:p w14:paraId="268ECEB4" w14:textId="77777777" w:rsidR="009810E1" w:rsidRPr="007A2251" w:rsidRDefault="0026140E" w:rsidP="007A2251">
            <w:pPr>
              <w:spacing w:after="0"/>
              <w:jc w:val="center"/>
              <w:rPr>
                <w:rFonts w:asciiTheme="minorEastAsia" w:eastAsiaTheme="minorEastAsia" w:hAnsiTheme="minorEastAsia"/>
                <w:sz w:val="21"/>
                <w:szCs w:val="32"/>
              </w:rPr>
            </w:pPr>
            <w:r w:rsidRPr="007A2251">
              <w:rPr>
                <w:rFonts w:asciiTheme="minorEastAsia" w:eastAsiaTheme="minorEastAsia" w:hAnsiTheme="minorEastAsia"/>
                <w:sz w:val="21"/>
                <w:szCs w:val="32"/>
              </w:rPr>
              <w:t>協働</w:t>
            </w:r>
          </w:p>
        </w:tc>
        <w:tc>
          <w:tcPr>
            <w:tcW w:w="3726" w:type="dxa"/>
            <w:tcMar>
              <w:top w:w="40" w:type="dxa"/>
              <w:left w:w="55" w:type="dxa"/>
              <w:bottom w:w="40" w:type="dxa"/>
              <w:right w:w="55" w:type="dxa"/>
            </w:tcMar>
            <w:vAlign w:val="center"/>
          </w:tcPr>
          <w:p w14:paraId="4F9C9393" w14:textId="748AA2C5" w:rsidR="009810E1" w:rsidRPr="007A2251" w:rsidRDefault="0026140E" w:rsidP="007A2251">
            <w:pPr>
              <w:spacing w:after="0"/>
              <w:rPr>
                <w:rFonts w:asciiTheme="minorEastAsia" w:eastAsiaTheme="minorEastAsia" w:hAnsiTheme="minorEastAsia"/>
                <w:sz w:val="21"/>
                <w:szCs w:val="32"/>
                <w:lang w:eastAsia="ja-JP"/>
              </w:rPr>
            </w:pPr>
            <w:r w:rsidRPr="007A2251">
              <w:rPr>
                <w:rFonts w:asciiTheme="minorEastAsia" w:eastAsiaTheme="minorEastAsia" w:hAnsiTheme="minorEastAsia"/>
                <w:sz w:val="21"/>
                <w:szCs w:val="32"/>
                <w:lang w:eastAsia="ja-JP"/>
              </w:rPr>
              <w:t>県が行う</w:t>
            </w:r>
            <w:r w:rsidR="00934EC8">
              <w:rPr>
                <w:rFonts w:asciiTheme="minorEastAsia" w:eastAsiaTheme="minorEastAsia" w:hAnsiTheme="minorEastAsia" w:hint="eastAsia"/>
                <w:sz w:val="21"/>
                <w:szCs w:val="32"/>
                <w:lang w:eastAsia="ja-JP"/>
              </w:rPr>
              <w:t>モニターツアー、エリアマップの作成等ユニバーサルツーリズムに関する</w:t>
            </w:r>
            <w:r w:rsidRPr="007A2251">
              <w:rPr>
                <w:rFonts w:asciiTheme="minorEastAsia" w:eastAsiaTheme="minorEastAsia" w:hAnsiTheme="minorEastAsia"/>
                <w:sz w:val="21"/>
                <w:szCs w:val="32"/>
                <w:lang w:eastAsia="ja-JP"/>
              </w:rPr>
              <w:t>情報発信</w:t>
            </w:r>
            <w:r w:rsidR="00934EC8">
              <w:rPr>
                <w:rFonts w:asciiTheme="minorEastAsia" w:eastAsiaTheme="minorEastAsia" w:hAnsiTheme="minorEastAsia" w:hint="eastAsia"/>
                <w:sz w:val="21"/>
                <w:szCs w:val="32"/>
                <w:lang w:eastAsia="ja-JP"/>
              </w:rPr>
              <w:t>及び取り組み</w:t>
            </w:r>
            <w:r w:rsidRPr="007A2251">
              <w:rPr>
                <w:rFonts w:asciiTheme="minorEastAsia" w:eastAsiaTheme="minorEastAsia" w:hAnsiTheme="minorEastAsia"/>
                <w:sz w:val="21"/>
                <w:szCs w:val="32"/>
                <w:lang w:eastAsia="ja-JP"/>
              </w:rPr>
              <w:t>について、施設の状況に応じて協力する意思がある。</w:t>
            </w:r>
          </w:p>
        </w:tc>
        <w:tc>
          <w:tcPr>
            <w:tcW w:w="1418" w:type="dxa"/>
            <w:tcMar>
              <w:top w:w="40" w:type="dxa"/>
              <w:left w:w="55" w:type="dxa"/>
              <w:bottom w:w="40" w:type="dxa"/>
              <w:right w:w="55" w:type="dxa"/>
            </w:tcMar>
            <w:vAlign w:val="center"/>
          </w:tcPr>
          <w:p w14:paraId="44D6537B" w14:textId="77777777" w:rsidR="009810E1" w:rsidRPr="007A2251" w:rsidRDefault="0026140E" w:rsidP="007A2251">
            <w:pPr>
              <w:spacing w:after="0"/>
              <w:jc w:val="center"/>
              <w:rPr>
                <w:rFonts w:asciiTheme="minorEastAsia" w:eastAsiaTheme="minorEastAsia" w:hAnsiTheme="minorEastAsia"/>
                <w:sz w:val="21"/>
                <w:szCs w:val="32"/>
              </w:rPr>
            </w:pPr>
            <w:r w:rsidRPr="007A2251">
              <w:rPr>
                <w:rFonts w:asciiTheme="minorEastAsia" w:eastAsiaTheme="minorEastAsia" w:hAnsiTheme="minorEastAsia"/>
                <w:sz w:val="21"/>
                <w:szCs w:val="32"/>
              </w:rPr>
              <w:t xml:space="preserve">□ </w:t>
            </w:r>
            <w:proofErr w:type="spellStart"/>
            <w:r w:rsidRPr="007A2251">
              <w:rPr>
                <w:rFonts w:asciiTheme="minorEastAsia" w:eastAsiaTheme="minorEastAsia" w:hAnsiTheme="minorEastAsia"/>
                <w:sz w:val="21"/>
                <w:szCs w:val="32"/>
              </w:rPr>
              <w:t>同意</w:t>
            </w:r>
            <w:proofErr w:type="spellEnd"/>
          </w:p>
        </w:tc>
        <w:tc>
          <w:tcPr>
            <w:tcW w:w="2891" w:type="dxa"/>
            <w:tcMar>
              <w:top w:w="40" w:type="dxa"/>
              <w:left w:w="55" w:type="dxa"/>
              <w:bottom w:w="40" w:type="dxa"/>
              <w:right w:w="55" w:type="dxa"/>
            </w:tcMar>
            <w:vAlign w:val="center"/>
          </w:tcPr>
          <w:p w14:paraId="6D4D70CB" w14:textId="0365A439" w:rsidR="009810E1" w:rsidRPr="007A2251" w:rsidRDefault="0026140E" w:rsidP="007A2251">
            <w:pPr>
              <w:spacing w:after="0"/>
              <w:rPr>
                <w:rFonts w:asciiTheme="minorEastAsia" w:eastAsiaTheme="minorEastAsia" w:hAnsiTheme="minorEastAsia"/>
                <w:sz w:val="21"/>
                <w:szCs w:val="32"/>
                <w:lang w:eastAsia="ja-JP"/>
              </w:rPr>
            </w:pPr>
            <w:r w:rsidRPr="007A2251">
              <w:rPr>
                <w:rFonts w:asciiTheme="minorEastAsia" w:eastAsiaTheme="minorEastAsia" w:hAnsiTheme="minorEastAsia"/>
                <w:sz w:val="21"/>
                <w:szCs w:val="32"/>
                <w:lang w:eastAsia="ja-JP"/>
              </w:rPr>
              <w:t>申請者の同意で確認</w:t>
            </w:r>
          </w:p>
        </w:tc>
      </w:tr>
      <w:tr w:rsidR="00915529" w:rsidRPr="007A2251" w14:paraId="3ABE0C67" w14:textId="77777777" w:rsidTr="00934EC8">
        <w:trPr>
          <w:cantSplit/>
          <w:jc w:val="center"/>
        </w:trPr>
        <w:tc>
          <w:tcPr>
            <w:tcW w:w="624" w:type="dxa"/>
            <w:tcMar>
              <w:top w:w="40" w:type="dxa"/>
              <w:left w:w="55" w:type="dxa"/>
              <w:bottom w:w="40" w:type="dxa"/>
              <w:right w:w="55" w:type="dxa"/>
            </w:tcMar>
            <w:vAlign w:val="center"/>
          </w:tcPr>
          <w:p w14:paraId="789E134C" w14:textId="77777777" w:rsidR="009810E1" w:rsidRPr="007A2251" w:rsidRDefault="0026140E" w:rsidP="007A2251">
            <w:pPr>
              <w:spacing w:after="0"/>
              <w:jc w:val="center"/>
              <w:rPr>
                <w:rFonts w:asciiTheme="minorEastAsia" w:eastAsiaTheme="minorEastAsia" w:hAnsiTheme="minorEastAsia"/>
                <w:sz w:val="21"/>
                <w:szCs w:val="32"/>
              </w:rPr>
            </w:pPr>
            <w:r w:rsidRPr="007A2251">
              <w:rPr>
                <w:rFonts w:asciiTheme="minorEastAsia" w:eastAsiaTheme="minorEastAsia" w:hAnsiTheme="minorEastAsia"/>
                <w:sz w:val="21"/>
                <w:szCs w:val="32"/>
              </w:rPr>
              <w:t>9</w:t>
            </w:r>
          </w:p>
        </w:tc>
        <w:tc>
          <w:tcPr>
            <w:tcW w:w="1741" w:type="dxa"/>
            <w:tcMar>
              <w:top w:w="40" w:type="dxa"/>
              <w:left w:w="55" w:type="dxa"/>
              <w:bottom w:w="40" w:type="dxa"/>
              <w:right w:w="55" w:type="dxa"/>
            </w:tcMar>
            <w:vAlign w:val="center"/>
          </w:tcPr>
          <w:p w14:paraId="63574C89" w14:textId="031A4646" w:rsidR="009810E1" w:rsidRPr="007A2251" w:rsidRDefault="0026140E" w:rsidP="007A2251">
            <w:pPr>
              <w:spacing w:after="0"/>
              <w:jc w:val="center"/>
              <w:rPr>
                <w:rFonts w:asciiTheme="minorEastAsia" w:eastAsiaTheme="minorEastAsia" w:hAnsiTheme="minorEastAsia"/>
                <w:sz w:val="21"/>
                <w:szCs w:val="32"/>
              </w:rPr>
            </w:pPr>
            <w:proofErr w:type="spellStart"/>
            <w:r w:rsidRPr="007A2251">
              <w:rPr>
                <w:rFonts w:asciiTheme="minorEastAsia" w:eastAsiaTheme="minorEastAsia" w:hAnsiTheme="minorEastAsia"/>
                <w:sz w:val="21"/>
                <w:szCs w:val="32"/>
              </w:rPr>
              <w:t>医療・緊急時対応</w:t>
            </w:r>
            <w:proofErr w:type="spellEnd"/>
          </w:p>
        </w:tc>
        <w:tc>
          <w:tcPr>
            <w:tcW w:w="3726" w:type="dxa"/>
            <w:tcMar>
              <w:top w:w="40" w:type="dxa"/>
              <w:left w:w="55" w:type="dxa"/>
              <w:bottom w:w="40" w:type="dxa"/>
              <w:right w:w="55" w:type="dxa"/>
            </w:tcMar>
            <w:vAlign w:val="center"/>
          </w:tcPr>
          <w:p w14:paraId="271FFC69" w14:textId="77777777" w:rsidR="009810E1" w:rsidRPr="007A2251" w:rsidRDefault="0026140E" w:rsidP="007A2251">
            <w:pPr>
              <w:spacing w:after="0"/>
              <w:rPr>
                <w:rFonts w:asciiTheme="minorEastAsia" w:eastAsiaTheme="minorEastAsia" w:hAnsiTheme="minorEastAsia"/>
                <w:sz w:val="21"/>
                <w:szCs w:val="32"/>
                <w:lang w:eastAsia="ja-JP"/>
              </w:rPr>
            </w:pPr>
            <w:r w:rsidRPr="007A2251">
              <w:rPr>
                <w:rFonts w:asciiTheme="minorEastAsia" w:eastAsiaTheme="minorEastAsia" w:hAnsiTheme="minorEastAsia"/>
                <w:sz w:val="21"/>
                <w:szCs w:val="32"/>
                <w:lang w:eastAsia="ja-JP"/>
              </w:rPr>
              <w:t>急な体調不良等に備え、119番、救急相談窓口、近隣医療機関等の連絡先と施設内の基本的な対応手順を整理し、従業員が確認できる状態にしている。</w:t>
            </w:r>
          </w:p>
        </w:tc>
        <w:tc>
          <w:tcPr>
            <w:tcW w:w="1418" w:type="dxa"/>
            <w:tcMar>
              <w:top w:w="40" w:type="dxa"/>
              <w:left w:w="55" w:type="dxa"/>
              <w:bottom w:w="40" w:type="dxa"/>
              <w:right w:w="55" w:type="dxa"/>
            </w:tcMar>
            <w:vAlign w:val="center"/>
          </w:tcPr>
          <w:p w14:paraId="11231D6B" w14:textId="77777777" w:rsidR="009810E1" w:rsidRPr="007A2251" w:rsidRDefault="0026140E" w:rsidP="007A2251">
            <w:pPr>
              <w:spacing w:after="0"/>
              <w:jc w:val="center"/>
              <w:rPr>
                <w:rFonts w:asciiTheme="minorEastAsia" w:eastAsiaTheme="minorEastAsia" w:hAnsiTheme="minorEastAsia"/>
                <w:sz w:val="21"/>
                <w:szCs w:val="32"/>
              </w:rPr>
            </w:pPr>
            <w:r w:rsidRPr="007A2251">
              <w:rPr>
                <w:rFonts w:asciiTheme="minorEastAsia" w:eastAsiaTheme="minorEastAsia" w:hAnsiTheme="minorEastAsia"/>
                <w:sz w:val="21"/>
                <w:szCs w:val="32"/>
              </w:rPr>
              <w:t xml:space="preserve">□ </w:t>
            </w:r>
            <w:proofErr w:type="spellStart"/>
            <w:r w:rsidRPr="007A2251">
              <w:rPr>
                <w:rFonts w:asciiTheme="minorEastAsia" w:eastAsiaTheme="minorEastAsia" w:hAnsiTheme="minorEastAsia"/>
                <w:sz w:val="21"/>
                <w:szCs w:val="32"/>
              </w:rPr>
              <w:t>実施</w:t>
            </w:r>
            <w:proofErr w:type="spellEnd"/>
          </w:p>
        </w:tc>
        <w:tc>
          <w:tcPr>
            <w:tcW w:w="2891" w:type="dxa"/>
            <w:tcMar>
              <w:top w:w="40" w:type="dxa"/>
              <w:left w:w="55" w:type="dxa"/>
              <w:bottom w:w="40" w:type="dxa"/>
              <w:right w:w="55" w:type="dxa"/>
            </w:tcMar>
            <w:vAlign w:val="center"/>
          </w:tcPr>
          <w:p w14:paraId="0B2C3A1C" w14:textId="77777777" w:rsidR="009810E1" w:rsidRPr="007A2251" w:rsidRDefault="0026140E" w:rsidP="007A2251">
            <w:pPr>
              <w:spacing w:after="0"/>
              <w:rPr>
                <w:rFonts w:asciiTheme="minorEastAsia" w:eastAsiaTheme="minorEastAsia" w:hAnsiTheme="minorEastAsia"/>
                <w:sz w:val="21"/>
                <w:szCs w:val="32"/>
                <w:lang w:eastAsia="ja-JP"/>
              </w:rPr>
            </w:pPr>
            <w:r w:rsidRPr="007A2251">
              <w:rPr>
                <w:rFonts w:asciiTheme="minorEastAsia" w:eastAsiaTheme="minorEastAsia" w:hAnsiTheme="minorEastAsia"/>
                <w:sz w:val="21"/>
                <w:szCs w:val="32"/>
                <w:lang w:eastAsia="ja-JP"/>
              </w:rPr>
              <w:t>県標準様式又は施設の既存資料</w:t>
            </w:r>
          </w:p>
        </w:tc>
      </w:tr>
    </w:tbl>
    <w:p w14:paraId="639C6EEA" w14:textId="0F583380" w:rsidR="00C50A8F" w:rsidRDefault="00C50A8F">
      <w:pPr>
        <w:rPr>
          <w:rFonts w:asciiTheme="minorEastAsia" w:eastAsiaTheme="minorEastAsia" w:hAnsiTheme="minorEastAsia"/>
          <w:sz w:val="21"/>
          <w:szCs w:val="32"/>
          <w:lang w:eastAsia="ja-JP"/>
        </w:rPr>
      </w:pPr>
      <w:r>
        <w:rPr>
          <w:rFonts w:asciiTheme="minorEastAsia" w:eastAsiaTheme="minorEastAsia" w:hAnsiTheme="minorEastAsia" w:hint="eastAsia"/>
          <w:sz w:val="21"/>
          <w:szCs w:val="32"/>
          <w:lang w:eastAsia="ja-JP"/>
        </w:rPr>
        <w:t>（注１</w:t>
      </w:r>
      <w:r w:rsidR="00A37DFC">
        <w:rPr>
          <w:rFonts w:asciiTheme="minorEastAsia" w:eastAsiaTheme="minorEastAsia" w:hAnsiTheme="minorEastAsia" w:hint="eastAsia"/>
          <w:sz w:val="21"/>
          <w:szCs w:val="32"/>
          <w:lang w:eastAsia="ja-JP"/>
        </w:rPr>
        <w:t>）</w:t>
      </w:r>
      <w:r>
        <w:rPr>
          <w:rFonts w:asciiTheme="minorEastAsia" w:eastAsiaTheme="minorEastAsia" w:hAnsiTheme="minorEastAsia" w:hint="eastAsia"/>
          <w:sz w:val="21"/>
          <w:szCs w:val="32"/>
          <w:lang w:eastAsia="ja-JP"/>
        </w:rPr>
        <w:t>申請時の確認方法において、</w:t>
      </w:r>
      <w:r w:rsidRPr="00A37DFC">
        <w:rPr>
          <w:rFonts w:asciiTheme="minorEastAsia" w:eastAsiaTheme="minorEastAsia" w:hAnsiTheme="minorEastAsia"/>
          <w:sz w:val="21"/>
          <w:szCs w:val="32"/>
          <w:u w:val="single"/>
          <w:lang w:eastAsia="ja-JP"/>
        </w:rPr>
        <w:t>※が付いているものについては、１つ以上記載してください。</w:t>
      </w:r>
    </w:p>
    <w:p w14:paraId="5ECF65B1" w14:textId="504EBA1A" w:rsidR="00C50A8F" w:rsidRPr="0089341B" w:rsidRDefault="00C50A8F" w:rsidP="0089341B">
      <w:pPr>
        <w:ind w:left="630" w:hangingChars="300" w:hanging="630"/>
        <w:rPr>
          <w:rFonts w:asciiTheme="minorEastAsia" w:eastAsiaTheme="minorEastAsia" w:hAnsiTheme="minorEastAsia"/>
          <w:color w:val="000000" w:themeColor="text1"/>
          <w:sz w:val="21"/>
          <w:szCs w:val="32"/>
          <w:lang w:eastAsia="ja-JP"/>
        </w:rPr>
      </w:pPr>
      <w:r w:rsidRPr="00A37DFC">
        <w:rPr>
          <w:rFonts w:asciiTheme="minorEastAsia" w:eastAsiaTheme="minorEastAsia" w:hAnsiTheme="minorEastAsia" w:hint="eastAsia"/>
          <w:color w:val="000000" w:themeColor="text1"/>
          <w:sz w:val="21"/>
          <w:szCs w:val="32"/>
          <w:lang w:eastAsia="ja-JP"/>
        </w:rPr>
        <w:t>（注</w:t>
      </w:r>
      <w:r w:rsidR="00455210">
        <w:rPr>
          <w:rFonts w:asciiTheme="minorEastAsia" w:eastAsiaTheme="minorEastAsia" w:hAnsiTheme="minorEastAsia" w:hint="eastAsia"/>
          <w:color w:val="000000" w:themeColor="text1"/>
          <w:sz w:val="21"/>
          <w:szCs w:val="32"/>
          <w:lang w:eastAsia="ja-JP"/>
        </w:rPr>
        <w:t>２</w:t>
      </w:r>
      <w:r w:rsidR="00A37DFC" w:rsidRPr="00A37DFC">
        <w:rPr>
          <w:rFonts w:asciiTheme="minorEastAsia" w:eastAsiaTheme="minorEastAsia" w:hAnsiTheme="minorEastAsia" w:hint="eastAsia"/>
          <w:color w:val="000000" w:themeColor="text1"/>
          <w:sz w:val="21"/>
          <w:szCs w:val="32"/>
          <w:lang w:eastAsia="ja-JP"/>
        </w:rPr>
        <w:t>）</w:t>
      </w:r>
      <w:r w:rsidRPr="00A37DFC">
        <w:rPr>
          <w:rFonts w:asciiTheme="minorEastAsia" w:eastAsiaTheme="minorEastAsia" w:hAnsiTheme="minorEastAsia"/>
          <w:color w:val="000000" w:themeColor="text1"/>
          <w:sz w:val="21"/>
          <w:szCs w:val="32"/>
          <w:lang w:eastAsia="ja-JP"/>
        </w:rPr>
        <w:t>全ての利用者・全ての場面への対応や、大規模な設備改修を求めるものではありません。施設</w:t>
      </w:r>
      <w:r w:rsidR="00A37DFC">
        <w:rPr>
          <w:rFonts w:asciiTheme="minorEastAsia" w:eastAsiaTheme="minorEastAsia" w:hAnsiTheme="minorEastAsia" w:hint="eastAsia"/>
          <w:color w:val="000000" w:themeColor="text1"/>
          <w:sz w:val="21"/>
          <w:szCs w:val="32"/>
          <w:lang w:eastAsia="ja-JP"/>
        </w:rPr>
        <w:t>が</w:t>
      </w:r>
      <w:r w:rsidRPr="00A37DFC">
        <w:rPr>
          <w:rFonts w:asciiTheme="minorEastAsia" w:eastAsiaTheme="minorEastAsia" w:hAnsiTheme="minorEastAsia"/>
          <w:color w:val="000000" w:themeColor="text1"/>
          <w:sz w:val="21"/>
          <w:szCs w:val="32"/>
          <w:lang w:eastAsia="ja-JP"/>
        </w:rPr>
        <w:t>「でき</w:t>
      </w:r>
      <w:r w:rsidRPr="00A37DFC">
        <w:rPr>
          <w:rFonts w:asciiTheme="minorEastAsia" w:eastAsiaTheme="minorEastAsia" w:hAnsiTheme="minorEastAsia" w:hint="eastAsia"/>
          <w:color w:val="000000" w:themeColor="text1"/>
          <w:sz w:val="21"/>
          <w:szCs w:val="32"/>
          <w:lang w:eastAsia="ja-JP"/>
        </w:rPr>
        <w:t>る</w:t>
      </w:r>
      <w:r w:rsidRPr="00A37DFC">
        <w:rPr>
          <w:rFonts w:asciiTheme="minorEastAsia" w:eastAsiaTheme="minorEastAsia" w:hAnsiTheme="minorEastAsia"/>
          <w:color w:val="000000" w:themeColor="text1"/>
          <w:sz w:val="21"/>
          <w:szCs w:val="32"/>
          <w:lang w:eastAsia="ja-JP"/>
        </w:rPr>
        <w:t>こと」を整理し、利用者に説明できることを確認します。</w:t>
      </w:r>
    </w:p>
    <w:p w14:paraId="2130A426" w14:textId="77777777" w:rsidR="0089341B" w:rsidRDefault="0026140E">
      <w:pPr>
        <w:rPr>
          <w:rFonts w:asciiTheme="minorEastAsia" w:eastAsiaTheme="minorEastAsia" w:hAnsiTheme="minorEastAsia"/>
          <w:sz w:val="21"/>
          <w:szCs w:val="24"/>
          <w:lang w:eastAsia="ja-JP"/>
        </w:rPr>
      </w:pPr>
      <w:r w:rsidRPr="007A2251">
        <w:rPr>
          <w:rFonts w:asciiTheme="minorEastAsia" w:eastAsiaTheme="minorEastAsia" w:hAnsiTheme="minorEastAsia"/>
          <w:sz w:val="21"/>
          <w:szCs w:val="24"/>
          <w:lang w:eastAsia="ja-JP"/>
        </w:rPr>
        <w:t>【審査方法】</w:t>
      </w:r>
    </w:p>
    <w:p w14:paraId="1D6E2B1A" w14:textId="3140E226" w:rsidR="00C50A8F" w:rsidRDefault="0026140E" w:rsidP="0089341B">
      <w:pPr>
        <w:ind w:firstLineChars="100" w:firstLine="210"/>
        <w:rPr>
          <w:rFonts w:asciiTheme="minorEastAsia" w:eastAsiaTheme="minorEastAsia" w:hAnsiTheme="minorEastAsia"/>
          <w:sz w:val="21"/>
          <w:szCs w:val="24"/>
          <w:lang w:eastAsia="ja-JP"/>
        </w:rPr>
      </w:pPr>
      <w:r w:rsidRPr="007A2251">
        <w:rPr>
          <w:rFonts w:asciiTheme="minorEastAsia" w:eastAsiaTheme="minorEastAsia" w:hAnsiTheme="minorEastAsia"/>
          <w:sz w:val="21"/>
          <w:szCs w:val="24"/>
          <w:lang w:eastAsia="ja-JP"/>
        </w:rPr>
        <w:t>申請書の記載内容、聴取及び必要に応じた既存資料・現地確認により審査します。施設ごとに新たなマニュアル等の作成を一律に求めるものではありません。</w:t>
      </w:r>
    </w:p>
    <w:p w14:paraId="63BE23B7" w14:textId="77777777" w:rsidR="00934EC8" w:rsidRPr="007A2251" w:rsidRDefault="00934EC8" w:rsidP="0089341B">
      <w:pPr>
        <w:ind w:firstLineChars="100" w:firstLine="210"/>
        <w:rPr>
          <w:rFonts w:asciiTheme="minorEastAsia" w:eastAsiaTheme="minorEastAsia" w:hAnsiTheme="minorEastAsia" w:hint="eastAsia"/>
          <w:sz w:val="21"/>
          <w:szCs w:val="24"/>
          <w:lang w:eastAsia="ja-JP"/>
        </w:rPr>
      </w:pPr>
    </w:p>
    <w:p w14:paraId="4B61106B" w14:textId="77777777" w:rsidR="00915529" w:rsidRDefault="0026140E" w:rsidP="00045523">
      <w:pPr>
        <w:rPr>
          <w:rFonts w:asciiTheme="minorEastAsia" w:eastAsiaTheme="minorEastAsia" w:hAnsiTheme="minorEastAsia"/>
          <w:b/>
          <w:bCs/>
          <w:color w:val="000000" w:themeColor="text1"/>
          <w:sz w:val="21"/>
          <w:szCs w:val="24"/>
          <w:lang w:eastAsia="ja-JP"/>
        </w:rPr>
      </w:pPr>
      <w:r w:rsidRPr="00614499">
        <w:rPr>
          <w:rFonts w:asciiTheme="minorEastAsia" w:eastAsiaTheme="minorEastAsia" w:hAnsiTheme="minorEastAsia"/>
          <w:b/>
          <w:bCs/>
          <w:color w:val="000000" w:themeColor="text1"/>
          <w:sz w:val="21"/>
          <w:szCs w:val="24"/>
        </w:rPr>
        <w:lastRenderedPageBreak/>
        <w:t xml:space="preserve">4　</w:t>
      </w:r>
      <w:proofErr w:type="spellStart"/>
      <w:r w:rsidRPr="00614499">
        <w:rPr>
          <w:rFonts w:asciiTheme="minorEastAsia" w:eastAsiaTheme="minorEastAsia" w:hAnsiTheme="minorEastAsia"/>
          <w:b/>
          <w:bCs/>
          <w:color w:val="000000" w:themeColor="text1"/>
          <w:sz w:val="21"/>
          <w:szCs w:val="24"/>
        </w:rPr>
        <w:t>添付書類</w:t>
      </w:r>
      <w:proofErr w:type="spellEnd"/>
    </w:p>
    <w:p w14:paraId="42555CD3" w14:textId="77777777" w:rsidR="007A2251" w:rsidRPr="00614499" w:rsidRDefault="007A2251" w:rsidP="00045523">
      <w:pPr>
        <w:rPr>
          <w:rFonts w:asciiTheme="minorEastAsia" w:eastAsiaTheme="minorEastAsia" w:hAnsiTheme="minorEastAsia"/>
          <w:b/>
          <w:bCs/>
          <w:color w:val="000000" w:themeColor="text1"/>
          <w:sz w:val="21"/>
          <w:szCs w:val="24"/>
          <w:lang w:eastAsia="ja-JP"/>
        </w:rPr>
      </w:pPr>
    </w:p>
    <w:tbl>
      <w:tblPr>
        <w:tblStyle w:val="afe"/>
        <w:tblW w:w="9920" w:type="dxa"/>
        <w:jc w:val="center"/>
        <w:tblLayout w:type="fixed"/>
        <w:tblLook w:val="04A0" w:firstRow="1" w:lastRow="0" w:firstColumn="1" w:lastColumn="0" w:noHBand="0" w:noVBand="1"/>
      </w:tblPr>
      <w:tblGrid>
        <w:gridCol w:w="850"/>
        <w:gridCol w:w="7313"/>
        <w:gridCol w:w="1757"/>
      </w:tblGrid>
      <w:tr w:rsidR="00915529" w:rsidRPr="00F018D9" w14:paraId="76F1B964" w14:textId="77777777" w:rsidTr="00593A9F">
        <w:trPr>
          <w:cantSplit/>
          <w:tblHeader/>
          <w:jc w:val="center"/>
        </w:trPr>
        <w:tc>
          <w:tcPr>
            <w:tcW w:w="850" w:type="dxa"/>
            <w:shd w:val="clear" w:color="auto" w:fill="F2F2F2"/>
            <w:tcMar>
              <w:top w:w="40" w:type="dxa"/>
              <w:left w:w="55" w:type="dxa"/>
              <w:bottom w:w="40" w:type="dxa"/>
              <w:right w:w="55" w:type="dxa"/>
            </w:tcMar>
            <w:vAlign w:val="center"/>
          </w:tcPr>
          <w:p w14:paraId="65BFBE9F" w14:textId="77777777" w:rsidR="00915529" w:rsidRPr="00F018D9" w:rsidRDefault="0026140E">
            <w:pPr>
              <w:spacing w:after="0"/>
              <w:jc w:val="center"/>
              <w:rPr>
                <w:rFonts w:asciiTheme="minorEastAsia" w:eastAsiaTheme="minorEastAsia" w:hAnsiTheme="minorEastAsia"/>
                <w:sz w:val="21"/>
                <w:szCs w:val="28"/>
              </w:rPr>
            </w:pPr>
            <w:r w:rsidRPr="00F018D9">
              <w:rPr>
                <w:rFonts w:asciiTheme="minorEastAsia" w:eastAsiaTheme="minorEastAsia" w:hAnsiTheme="minorEastAsia"/>
                <w:b/>
                <w:sz w:val="21"/>
                <w:szCs w:val="28"/>
              </w:rPr>
              <w:t>No.</w:t>
            </w:r>
          </w:p>
        </w:tc>
        <w:tc>
          <w:tcPr>
            <w:tcW w:w="7313" w:type="dxa"/>
            <w:shd w:val="clear" w:color="auto" w:fill="F2F2F2"/>
            <w:tcMar>
              <w:top w:w="40" w:type="dxa"/>
              <w:left w:w="55" w:type="dxa"/>
              <w:bottom w:w="40" w:type="dxa"/>
              <w:right w:w="55" w:type="dxa"/>
            </w:tcMar>
            <w:vAlign w:val="center"/>
          </w:tcPr>
          <w:p w14:paraId="0800CD3B" w14:textId="77777777" w:rsidR="00915529" w:rsidRPr="00F018D9" w:rsidRDefault="0026140E">
            <w:pPr>
              <w:spacing w:after="0"/>
              <w:jc w:val="center"/>
              <w:rPr>
                <w:rFonts w:asciiTheme="minorEastAsia" w:eastAsiaTheme="minorEastAsia" w:hAnsiTheme="minorEastAsia"/>
                <w:sz w:val="21"/>
                <w:szCs w:val="28"/>
              </w:rPr>
            </w:pPr>
            <w:r w:rsidRPr="00F018D9">
              <w:rPr>
                <w:rFonts w:asciiTheme="minorEastAsia" w:eastAsiaTheme="minorEastAsia" w:hAnsiTheme="minorEastAsia"/>
                <w:b/>
                <w:sz w:val="21"/>
                <w:szCs w:val="28"/>
              </w:rPr>
              <w:t>添付書類</w:t>
            </w:r>
          </w:p>
        </w:tc>
        <w:tc>
          <w:tcPr>
            <w:tcW w:w="1757" w:type="dxa"/>
            <w:shd w:val="clear" w:color="auto" w:fill="F2F2F2"/>
            <w:tcMar>
              <w:top w:w="40" w:type="dxa"/>
              <w:left w:w="55" w:type="dxa"/>
              <w:bottom w:w="40" w:type="dxa"/>
              <w:right w:w="55" w:type="dxa"/>
            </w:tcMar>
            <w:vAlign w:val="center"/>
          </w:tcPr>
          <w:p w14:paraId="21CE0064" w14:textId="77777777" w:rsidR="00915529" w:rsidRPr="00F018D9" w:rsidRDefault="0026140E">
            <w:pPr>
              <w:spacing w:after="0"/>
              <w:jc w:val="center"/>
              <w:rPr>
                <w:rFonts w:asciiTheme="minorEastAsia" w:eastAsiaTheme="minorEastAsia" w:hAnsiTheme="minorEastAsia"/>
                <w:sz w:val="21"/>
                <w:szCs w:val="28"/>
              </w:rPr>
            </w:pPr>
            <w:r w:rsidRPr="00F018D9">
              <w:rPr>
                <w:rFonts w:asciiTheme="minorEastAsia" w:eastAsiaTheme="minorEastAsia" w:hAnsiTheme="minorEastAsia"/>
                <w:b/>
                <w:sz w:val="21"/>
                <w:szCs w:val="28"/>
              </w:rPr>
              <w:t>確認</w:t>
            </w:r>
          </w:p>
        </w:tc>
      </w:tr>
      <w:tr w:rsidR="00915529" w:rsidRPr="00F018D9" w14:paraId="57193B0A" w14:textId="77777777" w:rsidTr="00593A9F">
        <w:trPr>
          <w:cantSplit/>
          <w:jc w:val="center"/>
        </w:trPr>
        <w:tc>
          <w:tcPr>
            <w:tcW w:w="850" w:type="dxa"/>
            <w:tcMar>
              <w:top w:w="40" w:type="dxa"/>
              <w:left w:w="55" w:type="dxa"/>
              <w:bottom w:w="40" w:type="dxa"/>
              <w:right w:w="55" w:type="dxa"/>
            </w:tcMar>
            <w:vAlign w:val="center"/>
          </w:tcPr>
          <w:p w14:paraId="326232F5" w14:textId="77777777" w:rsidR="00915529" w:rsidRPr="00F018D9" w:rsidRDefault="0026140E">
            <w:pPr>
              <w:spacing w:after="0"/>
              <w:jc w:val="center"/>
              <w:rPr>
                <w:rFonts w:asciiTheme="minorEastAsia" w:eastAsiaTheme="minorEastAsia" w:hAnsiTheme="minorEastAsia"/>
                <w:sz w:val="21"/>
                <w:szCs w:val="28"/>
              </w:rPr>
            </w:pPr>
            <w:r w:rsidRPr="00F018D9">
              <w:rPr>
                <w:rFonts w:asciiTheme="minorEastAsia" w:eastAsiaTheme="minorEastAsia" w:hAnsiTheme="minorEastAsia"/>
                <w:sz w:val="21"/>
                <w:szCs w:val="28"/>
              </w:rPr>
              <w:t>1</w:t>
            </w:r>
          </w:p>
        </w:tc>
        <w:tc>
          <w:tcPr>
            <w:tcW w:w="7313" w:type="dxa"/>
            <w:tcMar>
              <w:top w:w="40" w:type="dxa"/>
              <w:left w:w="55" w:type="dxa"/>
              <w:bottom w:w="40" w:type="dxa"/>
              <w:right w:w="55" w:type="dxa"/>
            </w:tcMar>
            <w:vAlign w:val="center"/>
          </w:tcPr>
          <w:p w14:paraId="7C499DC4" w14:textId="77777777" w:rsidR="00915529" w:rsidRPr="00F018D9" w:rsidRDefault="0026140E">
            <w:pPr>
              <w:spacing w:after="0"/>
              <w:rPr>
                <w:rFonts w:asciiTheme="minorEastAsia" w:eastAsiaTheme="minorEastAsia" w:hAnsiTheme="minorEastAsia"/>
                <w:sz w:val="21"/>
                <w:szCs w:val="28"/>
                <w:lang w:eastAsia="ja-JP"/>
              </w:rPr>
            </w:pPr>
            <w:r w:rsidRPr="00F018D9">
              <w:rPr>
                <w:rFonts w:asciiTheme="minorEastAsia" w:eastAsiaTheme="minorEastAsia" w:hAnsiTheme="minorEastAsia"/>
                <w:sz w:val="21"/>
                <w:szCs w:val="28"/>
                <w:lang w:eastAsia="ja-JP"/>
              </w:rPr>
              <w:t>旅館業法に基づく営業許可証の写し</w:t>
            </w:r>
          </w:p>
        </w:tc>
        <w:tc>
          <w:tcPr>
            <w:tcW w:w="1757" w:type="dxa"/>
            <w:tcMar>
              <w:top w:w="40" w:type="dxa"/>
              <w:left w:w="55" w:type="dxa"/>
              <w:bottom w:w="40" w:type="dxa"/>
              <w:right w:w="55" w:type="dxa"/>
            </w:tcMar>
            <w:vAlign w:val="center"/>
          </w:tcPr>
          <w:p w14:paraId="2F367452" w14:textId="77777777" w:rsidR="00915529" w:rsidRPr="00F018D9" w:rsidRDefault="0026140E">
            <w:pPr>
              <w:spacing w:after="0"/>
              <w:jc w:val="center"/>
              <w:rPr>
                <w:rFonts w:asciiTheme="minorEastAsia" w:eastAsiaTheme="minorEastAsia" w:hAnsiTheme="minorEastAsia"/>
                <w:sz w:val="21"/>
                <w:szCs w:val="28"/>
              </w:rPr>
            </w:pPr>
            <w:r w:rsidRPr="00F018D9">
              <w:rPr>
                <w:rFonts w:asciiTheme="minorEastAsia" w:eastAsiaTheme="minorEastAsia" w:hAnsiTheme="minorEastAsia"/>
                <w:sz w:val="21"/>
                <w:szCs w:val="28"/>
              </w:rPr>
              <w:t>□</w:t>
            </w:r>
          </w:p>
        </w:tc>
      </w:tr>
      <w:tr w:rsidR="00915529" w:rsidRPr="00F018D9" w14:paraId="290F8797" w14:textId="77777777" w:rsidTr="00593A9F">
        <w:trPr>
          <w:cantSplit/>
          <w:jc w:val="center"/>
        </w:trPr>
        <w:tc>
          <w:tcPr>
            <w:tcW w:w="850" w:type="dxa"/>
            <w:tcMar>
              <w:top w:w="40" w:type="dxa"/>
              <w:left w:w="55" w:type="dxa"/>
              <w:bottom w:w="40" w:type="dxa"/>
              <w:right w:w="55" w:type="dxa"/>
            </w:tcMar>
            <w:vAlign w:val="center"/>
          </w:tcPr>
          <w:p w14:paraId="0BF602AB" w14:textId="70829D12" w:rsidR="00915529" w:rsidRPr="00F018D9" w:rsidRDefault="008B6C5D">
            <w:pPr>
              <w:spacing w:after="0"/>
              <w:jc w:val="center"/>
              <w:rPr>
                <w:rFonts w:asciiTheme="minorEastAsia" w:eastAsiaTheme="minorEastAsia" w:hAnsiTheme="minorEastAsia"/>
                <w:sz w:val="21"/>
                <w:szCs w:val="28"/>
                <w:lang w:eastAsia="ja-JP"/>
              </w:rPr>
            </w:pPr>
            <w:r>
              <w:rPr>
                <w:rFonts w:asciiTheme="minorEastAsia" w:eastAsiaTheme="minorEastAsia" w:hAnsiTheme="minorEastAsia" w:hint="eastAsia"/>
                <w:sz w:val="21"/>
                <w:szCs w:val="28"/>
                <w:lang w:eastAsia="ja-JP"/>
              </w:rPr>
              <w:t>2</w:t>
            </w:r>
          </w:p>
        </w:tc>
        <w:tc>
          <w:tcPr>
            <w:tcW w:w="7313" w:type="dxa"/>
            <w:tcMar>
              <w:top w:w="40" w:type="dxa"/>
              <w:left w:w="55" w:type="dxa"/>
              <w:bottom w:w="40" w:type="dxa"/>
              <w:right w:w="55" w:type="dxa"/>
            </w:tcMar>
            <w:vAlign w:val="center"/>
          </w:tcPr>
          <w:p w14:paraId="77D10D4B" w14:textId="77777777" w:rsidR="009810E1" w:rsidRPr="00F018D9" w:rsidRDefault="0026140E">
            <w:pPr>
              <w:spacing w:after="0"/>
              <w:rPr>
                <w:rFonts w:asciiTheme="minorEastAsia" w:eastAsiaTheme="minorEastAsia" w:hAnsiTheme="minorEastAsia"/>
                <w:sz w:val="21"/>
                <w:szCs w:val="28"/>
                <w:lang w:eastAsia="ja-JP"/>
              </w:rPr>
            </w:pPr>
            <w:r w:rsidRPr="00F018D9">
              <w:rPr>
                <w:rFonts w:asciiTheme="minorEastAsia" w:eastAsiaTheme="minorEastAsia" w:hAnsiTheme="minorEastAsia"/>
                <w:sz w:val="21"/>
                <w:szCs w:val="28"/>
                <w:lang w:eastAsia="ja-JP"/>
              </w:rPr>
              <w:t>取組内容を確認できる既存資料（県から提出を求められた場合のみ。写真、案内文、連絡先一覧、手順書等）</w:t>
            </w:r>
          </w:p>
        </w:tc>
        <w:tc>
          <w:tcPr>
            <w:tcW w:w="1757" w:type="dxa"/>
            <w:tcMar>
              <w:top w:w="40" w:type="dxa"/>
              <w:left w:w="55" w:type="dxa"/>
              <w:bottom w:w="40" w:type="dxa"/>
              <w:right w:w="55" w:type="dxa"/>
            </w:tcMar>
            <w:vAlign w:val="center"/>
          </w:tcPr>
          <w:p w14:paraId="29F7F8C6" w14:textId="77777777" w:rsidR="00915529" w:rsidRPr="00F018D9" w:rsidRDefault="0026140E">
            <w:pPr>
              <w:spacing w:after="0"/>
              <w:jc w:val="center"/>
              <w:rPr>
                <w:rFonts w:asciiTheme="minorEastAsia" w:eastAsiaTheme="minorEastAsia" w:hAnsiTheme="minorEastAsia"/>
                <w:sz w:val="21"/>
                <w:szCs w:val="28"/>
              </w:rPr>
            </w:pPr>
            <w:r w:rsidRPr="00F018D9">
              <w:rPr>
                <w:rFonts w:asciiTheme="minorEastAsia" w:eastAsiaTheme="minorEastAsia" w:hAnsiTheme="minorEastAsia"/>
                <w:sz w:val="21"/>
                <w:szCs w:val="28"/>
              </w:rPr>
              <w:t>□</w:t>
            </w:r>
          </w:p>
        </w:tc>
      </w:tr>
      <w:tr w:rsidR="00915529" w:rsidRPr="00F018D9" w14:paraId="57B55A4E" w14:textId="77777777" w:rsidTr="00593A9F">
        <w:trPr>
          <w:cantSplit/>
          <w:jc w:val="center"/>
        </w:trPr>
        <w:tc>
          <w:tcPr>
            <w:tcW w:w="850" w:type="dxa"/>
            <w:tcMar>
              <w:top w:w="40" w:type="dxa"/>
              <w:left w:w="55" w:type="dxa"/>
              <w:bottom w:w="40" w:type="dxa"/>
              <w:right w:w="55" w:type="dxa"/>
            </w:tcMar>
            <w:vAlign w:val="center"/>
          </w:tcPr>
          <w:p w14:paraId="53D18685" w14:textId="2915F87F" w:rsidR="00915529" w:rsidRPr="00F018D9" w:rsidRDefault="008B6C5D">
            <w:pPr>
              <w:spacing w:after="0"/>
              <w:jc w:val="center"/>
              <w:rPr>
                <w:rFonts w:asciiTheme="minorEastAsia" w:eastAsiaTheme="minorEastAsia" w:hAnsiTheme="minorEastAsia"/>
                <w:sz w:val="21"/>
                <w:szCs w:val="28"/>
                <w:lang w:eastAsia="ja-JP"/>
              </w:rPr>
            </w:pPr>
            <w:r>
              <w:rPr>
                <w:rFonts w:asciiTheme="minorEastAsia" w:eastAsiaTheme="minorEastAsia" w:hAnsiTheme="minorEastAsia" w:hint="eastAsia"/>
                <w:sz w:val="21"/>
                <w:szCs w:val="28"/>
                <w:lang w:eastAsia="ja-JP"/>
              </w:rPr>
              <w:t>3</w:t>
            </w:r>
          </w:p>
        </w:tc>
        <w:tc>
          <w:tcPr>
            <w:tcW w:w="7313" w:type="dxa"/>
            <w:tcMar>
              <w:top w:w="40" w:type="dxa"/>
              <w:left w:w="55" w:type="dxa"/>
              <w:bottom w:w="40" w:type="dxa"/>
              <w:right w:w="55" w:type="dxa"/>
            </w:tcMar>
            <w:vAlign w:val="center"/>
          </w:tcPr>
          <w:p w14:paraId="28226DEA" w14:textId="77777777" w:rsidR="00915529" w:rsidRPr="00F018D9" w:rsidRDefault="0026140E">
            <w:pPr>
              <w:spacing w:after="0"/>
              <w:rPr>
                <w:rFonts w:asciiTheme="minorEastAsia" w:eastAsiaTheme="minorEastAsia" w:hAnsiTheme="minorEastAsia"/>
                <w:sz w:val="21"/>
                <w:szCs w:val="28"/>
              </w:rPr>
            </w:pPr>
            <w:r w:rsidRPr="00F018D9">
              <w:rPr>
                <w:rFonts w:asciiTheme="minorEastAsia" w:eastAsiaTheme="minorEastAsia" w:hAnsiTheme="minorEastAsia"/>
                <w:sz w:val="21"/>
                <w:szCs w:val="28"/>
              </w:rPr>
              <w:t>誓約書（様式第2号）</w:t>
            </w:r>
          </w:p>
        </w:tc>
        <w:tc>
          <w:tcPr>
            <w:tcW w:w="1757" w:type="dxa"/>
            <w:tcMar>
              <w:top w:w="40" w:type="dxa"/>
              <w:left w:w="55" w:type="dxa"/>
              <w:bottom w:w="40" w:type="dxa"/>
              <w:right w:w="55" w:type="dxa"/>
            </w:tcMar>
            <w:vAlign w:val="center"/>
          </w:tcPr>
          <w:p w14:paraId="4BDF7C6E" w14:textId="77777777" w:rsidR="00915529" w:rsidRPr="00F018D9" w:rsidRDefault="0026140E">
            <w:pPr>
              <w:spacing w:after="0"/>
              <w:jc w:val="center"/>
              <w:rPr>
                <w:rFonts w:asciiTheme="minorEastAsia" w:eastAsiaTheme="minorEastAsia" w:hAnsiTheme="minorEastAsia"/>
                <w:sz w:val="21"/>
                <w:szCs w:val="28"/>
              </w:rPr>
            </w:pPr>
            <w:r w:rsidRPr="00F018D9">
              <w:rPr>
                <w:rFonts w:asciiTheme="minorEastAsia" w:eastAsiaTheme="minorEastAsia" w:hAnsiTheme="minorEastAsia"/>
                <w:sz w:val="21"/>
                <w:szCs w:val="28"/>
              </w:rPr>
              <w:t>□</w:t>
            </w:r>
          </w:p>
        </w:tc>
      </w:tr>
      <w:tr w:rsidR="00CB618B" w:rsidRPr="00F018D9" w14:paraId="321ACDCD" w14:textId="77777777" w:rsidTr="00593A9F">
        <w:trPr>
          <w:cantSplit/>
          <w:jc w:val="center"/>
        </w:trPr>
        <w:tc>
          <w:tcPr>
            <w:tcW w:w="850" w:type="dxa"/>
            <w:tcMar>
              <w:top w:w="40" w:type="dxa"/>
              <w:left w:w="55" w:type="dxa"/>
              <w:bottom w:w="40" w:type="dxa"/>
              <w:right w:w="55" w:type="dxa"/>
            </w:tcMar>
            <w:vAlign w:val="center"/>
          </w:tcPr>
          <w:p w14:paraId="3F113046" w14:textId="14808420" w:rsidR="00CB618B" w:rsidRDefault="00CB618B">
            <w:pPr>
              <w:spacing w:after="0"/>
              <w:jc w:val="center"/>
              <w:rPr>
                <w:rFonts w:asciiTheme="minorEastAsia" w:eastAsiaTheme="minorEastAsia" w:hAnsiTheme="minorEastAsia"/>
                <w:sz w:val="21"/>
                <w:szCs w:val="28"/>
                <w:lang w:eastAsia="ja-JP"/>
              </w:rPr>
            </w:pPr>
            <w:r>
              <w:rPr>
                <w:rFonts w:asciiTheme="minorEastAsia" w:eastAsiaTheme="minorEastAsia" w:hAnsiTheme="minorEastAsia" w:hint="eastAsia"/>
                <w:sz w:val="21"/>
                <w:szCs w:val="28"/>
                <w:lang w:eastAsia="ja-JP"/>
              </w:rPr>
              <w:t>4</w:t>
            </w:r>
          </w:p>
        </w:tc>
        <w:tc>
          <w:tcPr>
            <w:tcW w:w="7313" w:type="dxa"/>
            <w:tcMar>
              <w:top w:w="40" w:type="dxa"/>
              <w:left w:w="55" w:type="dxa"/>
              <w:bottom w:w="40" w:type="dxa"/>
              <w:right w:w="55" w:type="dxa"/>
            </w:tcMar>
            <w:vAlign w:val="center"/>
          </w:tcPr>
          <w:p w14:paraId="1175CADE" w14:textId="0A22D8DB" w:rsidR="00CB618B" w:rsidRPr="00F018D9" w:rsidRDefault="00CB618B">
            <w:pPr>
              <w:spacing w:after="0"/>
              <w:rPr>
                <w:rFonts w:asciiTheme="minorEastAsia" w:eastAsiaTheme="minorEastAsia" w:hAnsiTheme="minorEastAsia"/>
                <w:sz w:val="21"/>
                <w:szCs w:val="28"/>
                <w:lang w:eastAsia="ja-JP"/>
              </w:rPr>
            </w:pPr>
            <w:r>
              <w:rPr>
                <w:rFonts w:asciiTheme="minorEastAsia" w:eastAsiaTheme="minorEastAsia" w:hAnsiTheme="minorEastAsia" w:hint="eastAsia"/>
                <w:sz w:val="21"/>
                <w:szCs w:val="28"/>
                <w:lang w:eastAsia="ja-JP"/>
              </w:rPr>
              <w:t>県税に未納がない</w:t>
            </w:r>
            <w:r w:rsidR="00147C0D">
              <w:rPr>
                <w:rFonts w:asciiTheme="minorEastAsia" w:eastAsiaTheme="minorEastAsia" w:hAnsiTheme="minorEastAsia" w:hint="eastAsia"/>
                <w:sz w:val="21"/>
                <w:szCs w:val="28"/>
                <w:lang w:eastAsia="ja-JP"/>
              </w:rPr>
              <w:t>旨の証明書</w:t>
            </w:r>
          </w:p>
        </w:tc>
        <w:tc>
          <w:tcPr>
            <w:tcW w:w="1757" w:type="dxa"/>
            <w:tcMar>
              <w:top w:w="40" w:type="dxa"/>
              <w:left w:w="55" w:type="dxa"/>
              <w:bottom w:w="40" w:type="dxa"/>
              <w:right w:w="55" w:type="dxa"/>
            </w:tcMar>
            <w:vAlign w:val="center"/>
          </w:tcPr>
          <w:p w14:paraId="6EF46D87" w14:textId="2E3B923C" w:rsidR="00CB618B" w:rsidRPr="00F018D9" w:rsidRDefault="00CB618B">
            <w:pPr>
              <w:spacing w:after="0"/>
              <w:jc w:val="center"/>
              <w:rPr>
                <w:rFonts w:asciiTheme="minorEastAsia" w:eastAsiaTheme="minorEastAsia" w:hAnsiTheme="minorEastAsia"/>
                <w:sz w:val="21"/>
                <w:szCs w:val="28"/>
              </w:rPr>
            </w:pPr>
            <w:r w:rsidRPr="00F018D9">
              <w:rPr>
                <w:rFonts w:asciiTheme="minorEastAsia" w:eastAsiaTheme="minorEastAsia" w:hAnsiTheme="minorEastAsia"/>
                <w:sz w:val="21"/>
                <w:szCs w:val="28"/>
              </w:rPr>
              <w:t>□</w:t>
            </w:r>
          </w:p>
        </w:tc>
      </w:tr>
      <w:tr w:rsidR="00915529" w:rsidRPr="00F018D9" w14:paraId="770E8129" w14:textId="77777777" w:rsidTr="00593A9F">
        <w:trPr>
          <w:cantSplit/>
          <w:jc w:val="center"/>
        </w:trPr>
        <w:tc>
          <w:tcPr>
            <w:tcW w:w="850" w:type="dxa"/>
            <w:tcMar>
              <w:top w:w="40" w:type="dxa"/>
              <w:left w:w="55" w:type="dxa"/>
              <w:bottom w:w="40" w:type="dxa"/>
              <w:right w:w="55" w:type="dxa"/>
            </w:tcMar>
            <w:vAlign w:val="center"/>
          </w:tcPr>
          <w:p w14:paraId="63565413" w14:textId="241BFFB8" w:rsidR="00915529" w:rsidRPr="00F018D9" w:rsidRDefault="00CB618B">
            <w:pPr>
              <w:spacing w:after="0"/>
              <w:jc w:val="center"/>
              <w:rPr>
                <w:rFonts w:asciiTheme="minorEastAsia" w:eastAsiaTheme="minorEastAsia" w:hAnsiTheme="minorEastAsia"/>
                <w:sz w:val="21"/>
                <w:szCs w:val="28"/>
                <w:lang w:eastAsia="ja-JP"/>
              </w:rPr>
            </w:pPr>
            <w:r>
              <w:rPr>
                <w:rFonts w:asciiTheme="minorEastAsia" w:eastAsiaTheme="minorEastAsia" w:hAnsiTheme="minorEastAsia" w:hint="eastAsia"/>
                <w:sz w:val="21"/>
                <w:szCs w:val="28"/>
                <w:lang w:eastAsia="ja-JP"/>
              </w:rPr>
              <w:t>5</w:t>
            </w:r>
          </w:p>
        </w:tc>
        <w:tc>
          <w:tcPr>
            <w:tcW w:w="7313" w:type="dxa"/>
            <w:tcMar>
              <w:top w:w="40" w:type="dxa"/>
              <w:left w:w="55" w:type="dxa"/>
              <w:bottom w:w="40" w:type="dxa"/>
              <w:right w:w="55" w:type="dxa"/>
            </w:tcMar>
            <w:vAlign w:val="center"/>
          </w:tcPr>
          <w:p w14:paraId="01E452C5" w14:textId="77777777" w:rsidR="00915529" w:rsidRPr="00F018D9" w:rsidRDefault="0026140E">
            <w:pPr>
              <w:spacing w:after="0"/>
              <w:rPr>
                <w:rFonts w:asciiTheme="minorEastAsia" w:eastAsiaTheme="minorEastAsia" w:hAnsiTheme="minorEastAsia"/>
                <w:sz w:val="21"/>
                <w:szCs w:val="28"/>
                <w:lang w:eastAsia="ja-JP"/>
              </w:rPr>
            </w:pPr>
            <w:r w:rsidRPr="00F018D9">
              <w:rPr>
                <w:rFonts w:asciiTheme="minorEastAsia" w:eastAsiaTheme="minorEastAsia" w:hAnsiTheme="minorEastAsia"/>
                <w:sz w:val="21"/>
                <w:szCs w:val="28"/>
                <w:lang w:eastAsia="ja-JP"/>
              </w:rPr>
              <w:t>その他知事が必要と認める書類</w:t>
            </w:r>
          </w:p>
        </w:tc>
        <w:tc>
          <w:tcPr>
            <w:tcW w:w="1757" w:type="dxa"/>
            <w:tcMar>
              <w:top w:w="40" w:type="dxa"/>
              <w:left w:w="55" w:type="dxa"/>
              <w:bottom w:w="40" w:type="dxa"/>
              <w:right w:w="55" w:type="dxa"/>
            </w:tcMar>
            <w:vAlign w:val="center"/>
          </w:tcPr>
          <w:p w14:paraId="2F47F854" w14:textId="77777777" w:rsidR="00915529" w:rsidRPr="00F018D9" w:rsidRDefault="0026140E">
            <w:pPr>
              <w:spacing w:after="0"/>
              <w:jc w:val="center"/>
              <w:rPr>
                <w:rFonts w:asciiTheme="minorEastAsia" w:eastAsiaTheme="minorEastAsia" w:hAnsiTheme="minorEastAsia"/>
                <w:sz w:val="21"/>
                <w:szCs w:val="28"/>
              </w:rPr>
            </w:pPr>
            <w:r w:rsidRPr="00F018D9">
              <w:rPr>
                <w:rFonts w:asciiTheme="minorEastAsia" w:eastAsiaTheme="minorEastAsia" w:hAnsiTheme="minorEastAsia"/>
                <w:sz w:val="21"/>
                <w:szCs w:val="28"/>
              </w:rPr>
              <w:t>□</w:t>
            </w:r>
          </w:p>
        </w:tc>
      </w:tr>
    </w:tbl>
    <w:p w14:paraId="7D05D510" w14:textId="77777777" w:rsidR="007A2251" w:rsidRPr="00F018D9" w:rsidRDefault="007A2251">
      <w:pPr>
        <w:spacing w:before="80"/>
        <w:rPr>
          <w:rFonts w:asciiTheme="minorEastAsia" w:eastAsiaTheme="minorEastAsia" w:hAnsiTheme="minorEastAsia"/>
          <w:b/>
          <w:sz w:val="22"/>
          <w:lang w:eastAsia="ja-JP"/>
        </w:rPr>
      </w:pPr>
    </w:p>
    <w:p w14:paraId="027E0027" w14:textId="77471537" w:rsidR="00915529" w:rsidRPr="00F018D9" w:rsidRDefault="0026140E">
      <w:pPr>
        <w:spacing w:before="80"/>
        <w:rPr>
          <w:rFonts w:asciiTheme="minorEastAsia" w:eastAsiaTheme="minorEastAsia" w:hAnsiTheme="minorEastAsia"/>
          <w:sz w:val="22"/>
        </w:rPr>
      </w:pPr>
      <w:r w:rsidRPr="00F018D9">
        <w:rPr>
          <w:rFonts w:asciiTheme="minorEastAsia" w:eastAsiaTheme="minorEastAsia" w:hAnsiTheme="minorEastAsia"/>
          <w:b/>
          <w:sz w:val="22"/>
        </w:rPr>
        <w:t>【</w:t>
      </w:r>
      <w:proofErr w:type="spellStart"/>
      <w:r w:rsidRPr="00F018D9">
        <w:rPr>
          <w:rFonts w:asciiTheme="minorEastAsia" w:eastAsiaTheme="minorEastAsia" w:hAnsiTheme="minorEastAsia"/>
          <w:b/>
          <w:sz w:val="22"/>
        </w:rPr>
        <w:t>確認事項</w:t>
      </w:r>
      <w:proofErr w:type="spellEnd"/>
      <w:r w:rsidRPr="00F018D9">
        <w:rPr>
          <w:rFonts w:asciiTheme="minorEastAsia" w:eastAsiaTheme="minorEastAsia" w:hAnsiTheme="minorEastAsia"/>
          <w:b/>
          <w:sz w:val="22"/>
        </w:rPr>
        <w:t>】</w:t>
      </w:r>
    </w:p>
    <w:p w14:paraId="1D25A49D" w14:textId="77777777" w:rsidR="007A2251" w:rsidRPr="00F018D9" w:rsidRDefault="007A2251" w:rsidP="007A2251">
      <w:pPr>
        <w:spacing w:after="0"/>
        <w:rPr>
          <w:rFonts w:asciiTheme="minorEastAsia" w:eastAsiaTheme="minorEastAsia" w:hAnsiTheme="minorEastAsia"/>
          <w:sz w:val="22"/>
          <w:lang w:eastAsia="ja-JP"/>
        </w:rPr>
      </w:pPr>
    </w:p>
    <w:p w14:paraId="36D88E31" w14:textId="63CBD134" w:rsidR="00915529" w:rsidRPr="00F018D9" w:rsidRDefault="0026140E" w:rsidP="007A2251">
      <w:pPr>
        <w:spacing w:after="0"/>
        <w:rPr>
          <w:rFonts w:asciiTheme="minorEastAsia" w:eastAsiaTheme="minorEastAsia" w:hAnsiTheme="minorEastAsia"/>
          <w:sz w:val="22"/>
          <w:lang w:eastAsia="ja-JP"/>
        </w:rPr>
      </w:pPr>
      <w:r w:rsidRPr="00F018D9">
        <w:rPr>
          <w:rFonts w:asciiTheme="minorEastAsia" w:eastAsiaTheme="minorEastAsia" w:hAnsiTheme="minorEastAsia"/>
          <w:sz w:val="22"/>
          <w:lang w:eastAsia="ja-JP"/>
        </w:rPr>
        <w:t>□　申請内容及び添付書類の記載事項は、事実と相違ありません。</w:t>
      </w:r>
    </w:p>
    <w:p w14:paraId="2CD3C638" w14:textId="77777777" w:rsidR="00915529" w:rsidRPr="00F018D9" w:rsidRDefault="0026140E" w:rsidP="007A2251">
      <w:pPr>
        <w:spacing w:after="0"/>
        <w:rPr>
          <w:rFonts w:asciiTheme="minorEastAsia" w:eastAsiaTheme="minorEastAsia" w:hAnsiTheme="minorEastAsia"/>
          <w:sz w:val="22"/>
          <w:lang w:eastAsia="ja-JP"/>
        </w:rPr>
      </w:pPr>
      <w:r w:rsidRPr="00F018D9">
        <w:rPr>
          <w:rFonts w:asciiTheme="minorEastAsia" w:eastAsiaTheme="minorEastAsia" w:hAnsiTheme="minorEastAsia"/>
          <w:sz w:val="22"/>
          <w:lang w:eastAsia="ja-JP"/>
        </w:rPr>
        <w:t>□　審査に必要な範囲で、県が資料の提出を求め、又は現地確認を行うことに協力します。</w:t>
      </w:r>
    </w:p>
    <w:p w14:paraId="536829B6" w14:textId="77777777" w:rsidR="00915529" w:rsidRPr="00F018D9" w:rsidRDefault="0026140E" w:rsidP="00F91580">
      <w:pPr>
        <w:spacing w:after="0"/>
        <w:ind w:left="220" w:hangingChars="100" w:hanging="220"/>
        <w:rPr>
          <w:rFonts w:asciiTheme="minorEastAsia" w:eastAsiaTheme="minorEastAsia" w:hAnsiTheme="minorEastAsia"/>
          <w:sz w:val="22"/>
          <w:lang w:eastAsia="ja-JP"/>
        </w:rPr>
      </w:pPr>
      <w:r w:rsidRPr="00F018D9">
        <w:rPr>
          <w:rFonts w:asciiTheme="minorEastAsia" w:eastAsiaTheme="minorEastAsia" w:hAnsiTheme="minorEastAsia"/>
          <w:sz w:val="22"/>
          <w:lang w:eastAsia="ja-JP"/>
        </w:rPr>
        <w:t>□　認定された場合、施設名、所在地、取組内容その他必要な情報が県の広報媒体で公表されることに同意します。</w:t>
      </w:r>
    </w:p>
    <w:sectPr w:rsidR="00915529" w:rsidRPr="00F018D9" w:rsidSect="00034616">
      <w:headerReference w:type="even" r:id="rId8"/>
      <w:headerReference w:type="default" r:id="rId9"/>
      <w:footerReference w:type="even" r:id="rId10"/>
      <w:footerReference w:type="default" r:id="rId11"/>
      <w:headerReference w:type="first" r:id="rId12"/>
      <w:footerReference w:type="first" r:id="rId13"/>
      <w:pgSz w:w="12240" w:h="15840"/>
      <w:pgMar w:top="907" w:right="1020" w:bottom="850" w:left="1020" w:header="397"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95F868" w14:textId="77777777" w:rsidR="00BD5A28" w:rsidRDefault="00BD5A28">
      <w:pPr>
        <w:spacing w:after="0"/>
      </w:pPr>
      <w:r>
        <w:separator/>
      </w:r>
    </w:p>
  </w:endnote>
  <w:endnote w:type="continuationSeparator" w:id="0">
    <w:p w14:paraId="59265546" w14:textId="77777777" w:rsidR="00BD5A28" w:rsidRDefault="00BD5A2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32D4A" w14:textId="77777777" w:rsidR="003957F0" w:rsidRDefault="003957F0">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DF7CE" w14:textId="79A9344F" w:rsidR="00915529" w:rsidRDefault="00915529" w:rsidP="003957F0">
    <w:pPr>
      <w:pStyle w:val="a7"/>
      <w:rPr>
        <w:lang w:eastAsia="ja-JP"/>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631EB" w14:textId="77777777" w:rsidR="003957F0" w:rsidRDefault="003957F0">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2A4E1F" w14:textId="77777777" w:rsidR="00BD5A28" w:rsidRDefault="00BD5A28">
      <w:pPr>
        <w:spacing w:after="0"/>
      </w:pPr>
      <w:r>
        <w:separator/>
      </w:r>
    </w:p>
  </w:footnote>
  <w:footnote w:type="continuationSeparator" w:id="0">
    <w:p w14:paraId="09EA5767" w14:textId="77777777" w:rsidR="00BD5A28" w:rsidRDefault="00BD5A2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AC364" w14:textId="77777777" w:rsidR="003957F0" w:rsidRDefault="003957F0">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4F5E6" w14:textId="77777777" w:rsidR="003957F0" w:rsidRDefault="003957F0">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81A6A" w14:textId="77777777" w:rsidR="003957F0" w:rsidRDefault="003957F0">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20F509F0"/>
    <w:multiLevelType w:val="hybridMultilevel"/>
    <w:tmpl w:val="D4E4E29A"/>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333655900">
    <w:abstractNumId w:val="8"/>
  </w:num>
  <w:num w:numId="2" w16cid:durableId="1758211042">
    <w:abstractNumId w:val="6"/>
  </w:num>
  <w:num w:numId="3" w16cid:durableId="2038457964">
    <w:abstractNumId w:val="5"/>
  </w:num>
  <w:num w:numId="4" w16cid:durableId="776171165">
    <w:abstractNumId w:val="4"/>
  </w:num>
  <w:num w:numId="5" w16cid:durableId="785080290">
    <w:abstractNumId w:val="7"/>
  </w:num>
  <w:num w:numId="6" w16cid:durableId="24990732">
    <w:abstractNumId w:val="3"/>
  </w:num>
  <w:num w:numId="7" w16cid:durableId="264465330">
    <w:abstractNumId w:val="2"/>
  </w:num>
  <w:num w:numId="8" w16cid:durableId="430517062">
    <w:abstractNumId w:val="1"/>
  </w:num>
  <w:num w:numId="9" w16cid:durableId="862788028">
    <w:abstractNumId w:val="0"/>
  </w:num>
  <w:num w:numId="10" w16cid:durableId="13232884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defaultTabStop w:val="720"/>
  <w:characterSpacingControl w:val="doNotCompress"/>
  <w:strictFirstAndLastChar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45523"/>
    <w:rsid w:val="0006063C"/>
    <w:rsid w:val="000D14E4"/>
    <w:rsid w:val="000E7069"/>
    <w:rsid w:val="00117838"/>
    <w:rsid w:val="00147C0D"/>
    <w:rsid w:val="0015074B"/>
    <w:rsid w:val="00155910"/>
    <w:rsid w:val="001F6CCA"/>
    <w:rsid w:val="00217B6B"/>
    <w:rsid w:val="002436BD"/>
    <w:rsid w:val="00246B80"/>
    <w:rsid w:val="0026140E"/>
    <w:rsid w:val="0029639D"/>
    <w:rsid w:val="00326F90"/>
    <w:rsid w:val="00350E59"/>
    <w:rsid w:val="003771ED"/>
    <w:rsid w:val="003957F0"/>
    <w:rsid w:val="003C2A9A"/>
    <w:rsid w:val="003F11FB"/>
    <w:rsid w:val="003F4305"/>
    <w:rsid w:val="00443DC7"/>
    <w:rsid w:val="00455210"/>
    <w:rsid w:val="00494D9E"/>
    <w:rsid w:val="004A561E"/>
    <w:rsid w:val="004B1CCC"/>
    <w:rsid w:val="004D7076"/>
    <w:rsid w:val="004E3CA1"/>
    <w:rsid w:val="00536C80"/>
    <w:rsid w:val="00593A9F"/>
    <w:rsid w:val="005A5B07"/>
    <w:rsid w:val="00611FE6"/>
    <w:rsid w:val="00614499"/>
    <w:rsid w:val="0070564A"/>
    <w:rsid w:val="007318ED"/>
    <w:rsid w:val="0078373A"/>
    <w:rsid w:val="00792AC4"/>
    <w:rsid w:val="00794A3B"/>
    <w:rsid w:val="007A2251"/>
    <w:rsid w:val="007A3B3A"/>
    <w:rsid w:val="008777AA"/>
    <w:rsid w:val="0089341B"/>
    <w:rsid w:val="00894DA5"/>
    <w:rsid w:val="008B6C5D"/>
    <w:rsid w:val="008F1F4E"/>
    <w:rsid w:val="00900500"/>
    <w:rsid w:val="00915529"/>
    <w:rsid w:val="00934EC8"/>
    <w:rsid w:val="009810E1"/>
    <w:rsid w:val="00985976"/>
    <w:rsid w:val="009929AE"/>
    <w:rsid w:val="009A40DA"/>
    <w:rsid w:val="009C79FD"/>
    <w:rsid w:val="00A15DEE"/>
    <w:rsid w:val="00A37DFC"/>
    <w:rsid w:val="00A9318E"/>
    <w:rsid w:val="00AA1D8D"/>
    <w:rsid w:val="00B4191C"/>
    <w:rsid w:val="00B47730"/>
    <w:rsid w:val="00B93C7B"/>
    <w:rsid w:val="00B9657F"/>
    <w:rsid w:val="00BD5A28"/>
    <w:rsid w:val="00C177AE"/>
    <w:rsid w:val="00C50A8F"/>
    <w:rsid w:val="00C63B54"/>
    <w:rsid w:val="00CB0664"/>
    <w:rsid w:val="00CB0B30"/>
    <w:rsid w:val="00CB618B"/>
    <w:rsid w:val="00CD3200"/>
    <w:rsid w:val="00D07668"/>
    <w:rsid w:val="00D216F3"/>
    <w:rsid w:val="00D36C2F"/>
    <w:rsid w:val="00D37A29"/>
    <w:rsid w:val="00DC5F16"/>
    <w:rsid w:val="00DD6399"/>
    <w:rsid w:val="00EA13D8"/>
    <w:rsid w:val="00EB0FE9"/>
    <w:rsid w:val="00EC3AFA"/>
    <w:rsid w:val="00F018D9"/>
    <w:rsid w:val="00F91580"/>
    <w:rsid w:val="00FC285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45C1F5CE"/>
  <w14:defaultImageDpi w14:val="330"/>
  <w15:docId w15:val="{444897DC-465C-4752-B58D-5F2167328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20" w:line="240" w:lineRule="auto"/>
    </w:pPr>
    <w:rPr>
      <w:rFonts w:ascii="Yu Gothic" w:eastAsia="Yu Gothic" w:hAnsi="Yu Gothic"/>
      <w:sz w:val="20"/>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TotalTime>
  <Pages>4</Pages>
  <Words>290</Words>
  <Characters>1653</Characters>
  <Application>Microsoft Office Word</Application>
  <DocSecurity>0</DocSecurity>
  <Lines>13</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1940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小林義典</dc:creator>
  <cp:keywords/>
  <dc:description>generated by python-docx</dc:description>
  <cp:lastModifiedBy>山梨県</cp:lastModifiedBy>
  <cp:revision>20</cp:revision>
  <cp:lastPrinted>2026-11-04T05:13:00Z</cp:lastPrinted>
  <dcterms:created xsi:type="dcterms:W3CDTF">2026-10-15T02:11:00Z</dcterms:created>
  <dcterms:modified xsi:type="dcterms:W3CDTF">2026-11-04T07:18:00Z</dcterms:modified>
  <cp:category/>
</cp:coreProperties>
</file>